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b/>
          <w:i w:val="0"/>
          <w:sz w:val="22"/>
        </w:rPr>
        <w:t>Tờ khai CNLS/HPHLS</w:t>
      </w:r>
    </w:p>
    <w:p>
      <w:pPr>
        <w:jc w:val="right"/>
      </w:pPr>
      <w:r>
        <w:rPr>
          <w:b w:val="0"/>
          <w:i/>
          <w:sz w:val="18"/>
        </w:rPr>
        <w:t>Ban hành kèm theo Thông tư số 11/2025/TT-BNG của Bộ Ngoại giao</w:t>
      </w:r>
    </w:p>
    <w:p>
      <w:pPr>
        <w:spacing w:before="120"/>
        <w:jc w:val="center"/>
      </w:pPr>
      <w:r>
        <w:rPr>
          <w:b/>
          <w:i w:val="0"/>
          <w:sz w:val="26"/>
        </w:rPr>
        <w:t>TỜ KHAI CHỨNG NHẬN/HỢP PHÁP HÓA LÃNH SỰ</w:t>
      </w:r>
    </w:p>
    <w:p>
      <w:pPr>
        <w:jc w:val="center"/>
      </w:pPr>
      <w:r>
        <w:rPr>
          <w:b/>
          <w:i/>
          <w:sz w:val="22"/>
        </w:rPr>
        <w:t>Application for consular authentication</w:t>
      </w:r>
    </w:p>
    <w:p>
      <w:r>
        <w:rPr>
          <w:b w:val="0"/>
          <w:i w:val="0"/>
        </w:rPr>
        <w:t>1. Họ và tên người nộp hồ sơ:</w:t>
      </w:r>
      <w:r>
        <w:rPr>
          <w:b w:val="0"/>
          <w:i w:val="0"/>
        </w:rPr>
        <w:t xml:space="preserve"> ............................................................</w:t>
      </w:r>
    </w:p>
    <w:p>
      <w:pPr>
        <w:spacing w:after="20"/>
        <w:ind w:left="340"/>
      </w:pPr>
      <w:r>
        <w:rPr>
          <w:b w:val="0"/>
          <w:i/>
          <w:color w:val="444444"/>
          <w:sz w:val="18"/>
        </w:rPr>
        <w:t>Full name of the applicant</w:t>
      </w:r>
    </w:p>
    <w:p>
      <w:r>
        <w:rPr>
          <w:b w:val="0"/>
          <w:i w:val="0"/>
        </w:rPr>
        <w:t>2. Số ĐDCN/Hộ chiếu/Giấy tờ thay thế hộ chiếu:</w:t>
      </w:r>
      <w:r>
        <w:rPr>
          <w:b w:val="0"/>
          <w:i w:val="0"/>
        </w:rPr>
        <w:t xml:space="preserve"> ............................................................</w:t>
      </w:r>
    </w:p>
    <w:p>
      <w:pPr>
        <w:spacing w:after="20"/>
        <w:ind w:left="340"/>
      </w:pPr>
      <w:r>
        <w:rPr>
          <w:b w:val="0"/>
          <w:i/>
          <w:color w:val="444444"/>
          <w:sz w:val="18"/>
        </w:rPr>
        <w:t>ID/Passport/Travel Document No.</w:t>
      </w:r>
    </w:p>
    <w:p>
      <w:r>
        <w:rPr>
          <w:b w:val="0"/>
          <w:i w:val="0"/>
        </w:rPr>
        <w:t>3. Địa chỉ liên lạc; số điện thoại; thư điện tử:</w:t>
      </w:r>
      <w:r>
        <w:rPr>
          <w:b w:val="0"/>
          <w:i w:val="0"/>
        </w:rPr>
        <w:t xml:space="preserve"> ............................................................</w:t>
      </w:r>
    </w:p>
    <w:p>
      <w:pPr>
        <w:spacing w:after="20"/>
        <w:ind w:left="340"/>
      </w:pPr>
      <w:r>
        <w:rPr>
          <w:b w:val="0"/>
          <w:i/>
          <w:color w:val="444444"/>
          <w:sz w:val="18"/>
        </w:rPr>
        <w:t>Contact address; telephone No.; email address</w:t>
      </w:r>
    </w:p>
    <w:p>
      <w:r>
        <w:rPr>
          <w:b w:val="0"/>
          <w:i w:val="0"/>
        </w:rPr>
        <w:t>4. Giấy tờ cần chứng nhận/hợp pháp hóa lãnh sự:</w:t>
      </w:r>
      <w:r>
        <w:rPr>
          <w:b w:val="0"/>
          <w:i w:val="0"/>
        </w:rPr>
        <w:t xml:space="preserve"> ............................................................</w:t>
      </w:r>
    </w:p>
    <w:p>
      <w:pPr>
        <w:spacing w:after="20"/>
        <w:ind w:left="340"/>
      </w:pPr>
      <w:r>
        <w:rPr>
          <w:b w:val="0"/>
          <w:i/>
          <w:color w:val="444444"/>
          <w:sz w:val="18"/>
        </w:rPr>
        <w:t>Document(s) requiring consular authentication</w:t>
      </w:r>
    </w:p>
    <w:p>
      <w:r>
        <w:rPr>
          <w:b w:val="0"/>
          <w:i w:val="0"/>
        </w:rPr>
        <w:t>Tổng cộng: ... văn bản:</w:t>
      </w:r>
      <w:r>
        <w:rPr>
          <w:b w:val="0"/>
          <w:i w:val="0"/>
        </w:rPr>
        <w:t xml:space="preserve"> ............................................................</w:t>
      </w:r>
    </w:p>
    <w:p>
      <w:pPr>
        <w:spacing w:after="20"/>
        <w:ind w:left="340"/>
      </w:pPr>
      <w:r>
        <w:rPr>
          <w:b w:val="0"/>
          <w:i/>
          <w:color w:val="444444"/>
          <w:sz w:val="18"/>
        </w:rPr>
        <w:t>Total document(s)</w:t>
      </w:r>
    </w:p>
    <w:p>
      <w:r>
        <w:rPr>
          <w:b w:val="0"/>
          <w:i w:val="0"/>
        </w:rPr>
        <w:t>5. Trong trường hợp giấy tờ không đủ điều kiện để được chứng nhận/hợp pháp hóa lãnh sự theo quy định pháp luật, tôi đề nghị chứng nhận giấy tờ đã được xuất trình tại Bộ Ngoại giao (Đánh dấu X vào ô vuông nếu đồng ý) ☐:</w:t>
      </w:r>
      <w:r>
        <w:rPr>
          <w:b w:val="0"/>
          <w:i w:val="0"/>
        </w:rPr>
        <w:t xml:space="preserve"> ........................................</w:t>
      </w:r>
      <w:r>
        <w:br/>
      </w:r>
      <w:r>
        <w:rPr>
          <w:b w:val="0"/>
          <w:i w:val="0"/>
        </w:rPr>
        <w:t>..............................................................................................................</w:t>
      </w:r>
    </w:p>
    <w:p>
      <w:pPr>
        <w:spacing w:after="20"/>
        <w:ind w:left="340"/>
      </w:pPr>
      <w:r>
        <w:rPr>
          <w:b w:val="0"/>
          <w:i/>
          <w:color w:val="444444"/>
          <w:sz w:val="18"/>
        </w:rPr>
        <w:t>If the document(s) fail(s) to meet conditions for consular authentication under the law, I apply for certification that the document(s) has/have been seen at the Viet Nam’s Ministry of Foreign Affairs (Mark X in the box if you agree)</w:t>
      </w:r>
    </w:p>
    <w:p>
      <w:r>
        <w:rPr>
          <w:b w:val="0"/>
          <w:i w:val="0"/>
        </w:rPr>
        <w:t>6. Giấy tờ trên sẽ sử dụng tại nước:</w:t>
      </w:r>
      <w:r>
        <w:rPr>
          <w:b w:val="0"/>
          <w:i w:val="0"/>
        </w:rPr>
        <w:t xml:space="preserve"> ............................................................</w:t>
      </w:r>
    </w:p>
    <w:p>
      <w:pPr>
        <w:spacing w:after="20"/>
        <w:ind w:left="340"/>
      </w:pPr>
      <w:r>
        <w:rPr>
          <w:b w:val="0"/>
          <w:i/>
          <w:color w:val="444444"/>
          <w:sz w:val="18"/>
        </w:rPr>
        <w:t>Country where the document(s) has/have to be used</w:t>
      </w:r>
    </w:p>
    <w:p>
      <w:r>
        <w:rPr>
          <w:b w:val="0"/>
          <w:i w:val="0"/>
        </w:rPr>
        <w:t>Tôi xin cam đoan những lời khai trên là đúng sự thật và hoàn toàn chịu trách nhiệm trước pháp luật về tính xác thực của hồ sơ này.</w:t>
      </w:r>
      <w:r>
        <w:br/>
      </w:r>
      <w:r>
        <w:rPr>
          <w:b w:val="0"/>
          <w:i w:val="0"/>
        </w:rPr>
        <w:t>I hereby certify that, to the best of my knowledge and belief, the statements provided here are true and correct. I am fully liable for the authenticity of this dossier.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jc w:val="center"/>
            </w:pPr>
            <w:r/>
            <w:r>
              <w:rPr>
                <w:b/>
                <w:i w:val="0"/>
                <w:sz w:val="22"/>
              </w:rPr>
              <w:t>Ghi chú: dành cho cơ quan tiếp nhận hồ sơ</w:t>
            </w:r>
            <w:r>
              <w:br/>
            </w:r>
            <w:r>
              <w:rPr>
                <w:b w:val="0"/>
                <w:i w:val="0"/>
                <w:sz w:val="22"/>
              </w:rPr>
              <w:t>For authorized officers only</w:t>
            </w:r>
            <w:r>
              <w:br/>
            </w:r>
            <w:r>
              <w:rPr>
                <w:b w:val="0"/>
                <w:i w:val="0"/>
                <w:sz w:val="22"/>
              </w:rPr>
              <w:t>.............................................</w:t>
            </w:r>
          </w:p>
        </w:tc>
        <w:tc>
          <w:tcPr>
            <w:tcW w:type="dxa" w:w="4819"/>
          </w:tcPr>
          <w:p>
            <w:pPr>
              <w:jc w:val="center"/>
            </w:pPr>
            <w:r/>
            <w:r>
              <w:rPr>
                <w:b/>
                <w:i w:val="0"/>
                <w:sz w:val="22"/>
              </w:rPr>
              <w:t>........, ngày .... tháng .... năm ....</w:t>
            </w:r>
            <w:r>
              <w:br/>
            </w:r>
            <w:r>
              <w:rPr>
                <w:b w:val="0"/>
                <w:i w:val="0"/>
                <w:sz w:val="22"/>
              </w:rPr>
              <w:t>Place and date (dd/mm/yyyy)</w:t>
            </w:r>
            <w:r>
              <w:br/>
            </w:r>
            <w:r>
              <w:rPr>
                <w:b w:val="0"/>
                <w:i w:val="0"/>
                <w:sz w:val="22"/>
              </w:rPr>
              <w:t>Người nộp hồ sơ</w:t>
            </w:r>
            <w:r>
              <w:br/>
            </w:r>
            <w:r>
              <w:rPr>
                <w:b w:val="0"/>
                <w:i w:val="0"/>
                <w:sz w:val="22"/>
              </w:rPr>
              <w:t>(Ký và ghi rõ họ tên)</w:t>
            </w:r>
            <w:r>
              <w:br/>
            </w:r>
            <w:r>
              <w:rPr>
                <w:b w:val="0"/>
                <w:i w:val="0"/>
                <w:sz w:val="22"/>
              </w:rPr>
              <w:t>Applicant’s signature and full name</w:t>
            </w:r>
          </w:p>
        </w:tc>
      </w:tr>
    </w:tbl>
    <w:p>
      <w:r>
        <w:rPr>
          <w:b w:val="0"/>
          <w:i w:val="0"/>
        </w:rPr>
      </w:r>
      <w:r>
        <w:br/>
      </w:r>
      <w:r>
        <w:rPr>
          <w:b w:val="0"/>
          <w:i w:val="0"/>
        </w:rPr>
      </w:r>
      <w:r>
        <w:br/>
      </w:r>
      <w:r>
        <w:rPr>
          <w:b w:val="0"/>
          <w:i w:val="0"/>
        </w:rPr>
      </w:r>
    </w:p>
    <w:sectPr w:rsidR="00FC693F" w:rsidRPr="0006063C" w:rsidSect="00034616">
      <w:pgSz w:w="11906" w:h="16838"/>
      <w:pgMar w:top="850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" w:before="0" w:line="252" w:lineRule="auto"/>
    </w:pPr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