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NA9</w:t>
      </w:r>
    </w:p>
    <w:p>
      <w:pPr>
        <w:jc w:val="right"/>
      </w:pPr>
      <w:r>
        <w:rPr>
          <w:b w:val="0"/>
          <w:i/>
          <w:sz w:val="18"/>
        </w:rPr>
        <w:t>Kèm theo Thông tư số 70/2026/TT-BCA ngày 25 tháng 5 năm 2026</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7483"/>
        <w:gridCol w:w="2041"/>
      </w:tblGrid>
      <w:tr>
        <w:trPr>
          <w:trHeight w:val="2268"/>
        </w:trPr>
        <w:tc>
          <w:tcPr>
            <w:tcW w:type="dxa" w:w="7483"/>
          </w:tcPr>
          <w:p>
            <w:r/>
          </w:p>
          <w:p>
            <w:pPr>
              <w:spacing w:before="120"/>
              <w:jc w:val="center"/>
            </w:pPr>
            <w:r>
              <w:rPr>
                <w:b/>
                <w:i w:val="0"/>
                <w:sz w:val="26"/>
              </w:rPr>
              <w:t>TỜ KHAI ĐỀ NGHỊ CẤP, CẤP LẠI GIẤY MIỄN THỊ THỰC (1)</w:t>
            </w:r>
          </w:p>
          <w:p>
            <w:pPr>
              <w:jc w:val="center"/>
            </w:pPr>
            <w:r>
              <w:rPr>
                <w:b/>
                <w:i/>
                <w:sz w:val="22"/>
              </w:rPr>
              <w:t>APPLICATION FORM FOR ISSUANCE/REISSUANCE OF A VISA EXEMPTION CERTIFICATE</w:t>
            </w:r>
          </w:p>
        </w:tc>
        <w:tc>
          <w:tcPr>
            <w:tcW w:type="dxa" w:w="2041"/>
            <w:tcBorders>
              <w:top w:val="single" w:sz="6"/>
              <w:left w:val="single" w:sz="6"/>
              <w:bottom w:val="single" w:sz="6"/>
              <w:right w:val="single" w:sz="6"/>
            </w:tcBorders>
          </w:tcPr>
          <w:p>
            <w:pPr>
              <w:jc w:val="center"/>
            </w:pPr>
            <w:r/>
            <w:r>
              <w:rPr>
                <w:b w:val="0"/>
                <w:i/>
                <w:sz w:val="16"/>
              </w:rPr>
            </w:r>
            <w:r>
              <w:br/>
            </w:r>
            <w:r>
              <w:rPr>
                <w:b w:val="0"/>
                <w:i/>
                <w:sz w:val="16"/>
              </w:rPr>
            </w:r>
            <w:r>
              <w:br/>
            </w:r>
            <w:r>
              <w:rPr>
                <w:b w:val="0"/>
                <w:i/>
                <w:sz w:val="16"/>
              </w:rPr>
              <w:t>Ảnh - photo 4x6 cm (2)</w:t>
            </w:r>
          </w:p>
        </w:tc>
      </w:tr>
    </w:tbl>
    <w:p>
      <w:r>
        <w:rPr>
          <w:b w:val="0"/>
          <w:i w:val="0"/>
        </w:rPr>
        <w:t>1. Họ tên (chữ in hoa):</w:t>
      </w:r>
      <w:r>
        <w:rPr>
          <w:b w:val="0"/>
          <w:i w:val="0"/>
        </w:rPr>
        <w:t xml:space="preserve"> ............................................................</w:t>
      </w:r>
    </w:p>
    <w:p>
      <w:pPr>
        <w:spacing w:after="20"/>
        <w:ind w:left="340"/>
      </w:pPr>
      <w:r>
        <w:rPr>
          <w:b w:val="0"/>
          <w:i/>
          <w:color w:val="444444"/>
          <w:sz w:val="18"/>
        </w:rPr>
        <w:t>Full name (in capital letters)</w:t>
      </w:r>
    </w:p>
    <w:p>
      <w:r>
        <w:rPr>
          <w:b w:val="0"/>
          <w:i w:val="0"/>
        </w:rPr>
        <w:t>2. Giới tính: ☐ Nam ☐ Nữ:</w:t>
      </w:r>
      <w:r>
        <w:rPr>
          <w:b w:val="0"/>
          <w:i w:val="0"/>
        </w:rPr>
        <w:t xml:space="preserve"> ............................................................</w:t>
      </w:r>
    </w:p>
    <w:p>
      <w:pPr>
        <w:spacing w:after="20"/>
        <w:ind w:left="340"/>
      </w:pPr>
      <w:r>
        <w:rPr>
          <w:b w:val="0"/>
          <w:i/>
          <w:color w:val="444444"/>
          <w:sz w:val="18"/>
        </w:rPr>
        <w:t>Sex: Male / Female</w:t>
      </w:r>
    </w:p>
    <w:p>
      <w:r>
        <w:rPr>
          <w:b w:val="0"/>
          <w:i w:val="0"/>
        </w:rPr>
        <w:t>3. Sinh ngày ... tháng ... năm ...:</w:t>
      </w:r>
      <w:r>
        <w:rPr>
          <w:b w:val="0"/>
          <w:i w:val="0"/>
        </w:rPr>
        <w:t xml:space="preserve"> ............................................................</w:t>
      </w:r>
    </w:p>
    <w:p>
      <w:pPr>
        <w:spacing w:after="20"/>
        <w:ind w:left="340"/>
      </w:pPr>
      <w:r>
        <w:rPr>
          <w:b w:val="0"/>
          <w:i/>
          <w:color w:val="444444"/>
          <w:sz w:val="18"/>
        </w:rPr>
        <w:t>Date of birth</w:t>
      </w:r>
    </w:p>
    <w:p>
      <w:r>
        <w:rPr>
          <w:b w:val="0"/>
          <w:i w:val="0"/>
        </w:rPr>
        <w:t>4. Nơi sinh:</w:t>
      </w:r>
      <w:r>
        <w:rPr>
          <w:b w:val="0"/>
          <w:i w:val="0"/>
        </w:rPr>
        <w:t xml:space="preserve"> ............................................................</w:t>
      </w:r>
    </w:p>
    <w:p>
      <w:pPr>
        <w:spacing w:after="20"/>
        <w:ind w:left="340"/>
      </w:pPr>
      <w:r>
        <w:rPr>
          <w:b w:val="0"/>
          <w:i/>
          <w:color w:val="444444"/>
          <w:sz w:val="18"/>
        </w:rPr>
        <w:t>Place of birth</w:t>
      </w:r>
    </w:p>
    <w:p>
      <w:r>
        <w:rPr>
          <w:b w:val="0"/>
          <w:i w:val="0"/>
        </w:rPr>
        <w:t>5. Quốc tịch gốc:</w:t>
      </w:r>
      <w:r>
        <w:rPr>
          <w:b w:val="0"/>
          <w:i w:val="0"/>
        </w:rPr>
        <w:t xml:space="preserve"> ............................................................</w:t>
      </w:r>
    </w:p>
    <w:p>
      <w:pPr>
        <w:spacing w:after="20"/>
        <w:ind w:left="340"/>
      </w:pPr>
      <w:r>
        <w:rPr>
          <w:b w:val="0"/>
          <w:i/>
          <w:color w:val="444444"/>
          <w:sz w:val="18"/>
        </w:rPr>
        <w:t>Nationality at birth</w:t>
      </w:r>
    </w:p>
    <w:p>
      <w:r>
        <w:rPr>
          <w:b w:val="0"/>
          <w:i w:val="0"/>
        </w:rPr>
        <w:t>6. Quốc tịch hiện nay (3):</w:t>
      </w:r>
      <w:r>
        <w:rPr>
          <w:b w:val="0"/>
          <w:i w:val="0"/>
        </w:rPr>
        <w:t xml:space="preserve"> ............................................................</w:t>
      </w:r>
    </w:p>
    <w:p>
      <w:pPr>
        <w:spacing w:after="20"/>
        <w:ind w:left="340"/>
      </w:pPr>
      <w:r>
        <w:rPr>
          <w:b w:val="0"/>
          <w:i/>
          <w:color w:val="444444"/>
          <w:sz w:val="18"/>
        </w:rPr>
        <w:t>Current nationality</w:t>
      </w:r>
    </w:p>
    <w:p>
      <w:r>
        <w:rPr>
          <w:b w:val="0"/>
          <w:i w:val="0"/>
        </w:rPr>
        <w:t>7. Hộ chiếu/giấy tờ có giá trị đi lại quốc tế số; cơ quan cấp; có giá trị đến ngày:</w:t>
      </w:r>
      <w:r>
        <w:rPr>
          <w:b w:val="0"/>
          <w:i w:val="0"/>
        </w:rPr>
        <w:t xml:space="preserve"> ........................................</w:t>
      </w:r>
      <w:r>
        <w:br/>
      </w:r>
      <w:r>
        <w:rPr>
          <w:b w:val="0"/>
          <w:i w:val="0"/>
        </w:rPr>
        <w:t>..............................................................................................................</w:t>
      </w:r>
    </w:p>
    <w:p>
      <w:pPr>
        <w:spacing w:after="20"/>
        <w:ind w:left="340"/>
      </w:pPr>
      <w:r>
        <w:rPr>
          <w:b w:val="0"/>
          <w:i/>
          <w:color w:val="444444"/>
          <w:sz w:val="18"/>
        </w:rPr>
        <w:t>Passport or International Travel Document number; issuing authority; expiry date</w:t>
      </w:r>
    </w:p>
    <w:p>
      <w:r>
        <w:rPr>
          <w:b w:val="0"/>
          <w:i w:val="0"/>
        </w:rPr>
        <w:t>8. Nghề nghiệp:</w:t>
      </w:r>
      <w:r>
        <w:rPr>
          <w:b w:val="0"/>
          <w:i w:val="0"/>
        </w:rPr>
        <w:t xml:space="preserve"> ............................................................</w:t>
      </w:r>
    </w:p>
    <w:p>
      <w:pPr>
        <w:spacing w:after="20"/>
        <w:ind w:left="340"/>
      </w:pPr>
      <w:r>
        <w:rPr>
          <w:b w:val="0"/>
          <w:i/>
          <w:color w:val="444444"/>
          <w:sz w:val="18"/>
        </w:rPr>
        <w:t>Occupation</w:t>
      </w:r>
    </w:p>
    <w:p>
      <w:r>
        <w:rPr>
          <w:b w:val="0"/>
          <w:i w:val="0"/>
        </w:rPr>
        <w:t>9. Địa chỉ cư trú, nơi làm việc hiện nay ở nước ngoài; số điện thoại/Email:</w:t>
      </w:r>
      <w:r>
        <w:rPr>
          <w:b w:val="0"/>
          <w:i w:val="0"/>
        </w:rPr>
        <w:t xml:space="preserve"> ........................................</w:t>
      </w:r>
      <w:r>
        <w:br/>
      </w:r>
      <w:r>
        <w:rPr>
          <w:b w:val="0"/>
          <w:i w:val="0"/>
        </w:rPr>
        <w:t>..............................................................................................................</w:t>
      </w:r>
    </w:p>
    <w:p>
      <w:pPr>
        <w:spacing w:after="20"/>
        <w:ind w:left="340"/>
      </w:pPr>
      <w:r>
        <w:rPr>
          <w:b w:val="0"/>
          <w:i/>
          <w:color w:val="444444"/>
          <w:sz w:val="18"/>
        </w:rPr>
        <w:t>Current residential, business address abroad; telephone/email</w:t>
      </w:r>
    </w:p>
    <w:p>
      <w:r>
        <w:rPr>
          <w:b w:val="0"/>
          <w:i w:val="0"/>
        </w:rPr>
        <w:t>10. Địa chỉ cư trú ở Việt Nam trước khi xuất cảnh định cư ở nước ngoài (nếu có):</w:t>
      </w:r>
      <w:r>
        <w:rPr>
          <w:b w:val="0"/>
          <w:i w:val="0"/>
        </w:rPr>
        <w:t xml:space="preserve"> ........................................</w:t>
      </w:r>
      <w:r>
        <w:br/>
      </w:r>
      <w:r>
        <w:rPr>
          <w:b w:val="0"/>
          <w:i w:val="0"/>
        </w:rPr>
        <w:t>..............................................................................................................</w:t>
      </w:r>
    </w:p>
    <w:p>
      <w:pPr>
        <w:spacing w:after="20"/>
        <w:ind w:left="340"/>
      </w:pPr>
      <w:r>
        <w:rPr>
          <w:b w:val="0"/>
          <w:i/>
          <w:color w:val="444444"/>
          <w:sz w:val="18"/>
        </w:rPr>
        <w:t>Previous residential address in Viet Nam before residing abroad (if any)</w:t>
      </w:r>
    </w:p>
    <w:p>
      <w:r>
        <w:rPr>
          <w:b w:val="0"/>
          <w:i w:val="0"/>
        </w:rPr>
        <w:t>11. Địa chỉ liên hệ tại Việt Nam; số điện thoại:</w:t>
      </w:r>
      <w:r>
        <w:rPr>
          <w:b w:val="0"/>
          <w:i w:val="0"/>
        </w:rPr>
        <w:t xml:space="preserve"> ............................................................</w:t>
      </w:r>
    </w:p>
    <w:p>
      <w:pPr>
        <w:spacing w:after="20"/>
        <w:ind w:left="340"/>
      </w:pPr>
      <w:r>
        <w:rPr>
          <w:b w:val="0"/>
          <w:i/>
          <w:color w:val="444444"/>
          <w:sz w:val="18"/>
        </w:rPr>
        <w:t>Contact address in Viet Nam; telephone number</w:t>
      </w:r>
    </w:p>
    <w:p>
      <w:r>
        <w:rPr>
          <w:b w:val="0"/>
          <w:i w:val="0"/>
        </w:rPr>
        <w:t>12. Trẻ em dưới 14 tuổi đi cùng hộ chiếu (họ tên, giới tính, ngày tháng năm sinh):</w:t>
      </w:r>
      <w:r>
        <w:rPr>
          <w:b w:val="0"/>
          <w:i w:val="0"/>
        </w:rPr>
        <w:t xml:space="preserve"> ........................................</w:t>
      </w:r>
      <w:r>
        <w:br/>
      </w:r>
      <w:r>
        <w:rPr>
          <w:b w:val="0"/>
          <w:i w:val="0"/>
        </w:rPr>
        <w:t>..............................................................................................................</w:t>
      </w:r>
    </w:p>
    <w:p>
      <w:pPr>
        <w:spacing w:after="20"/>
        <w:ind w:left="340"/>
      </w:pPr>
      <w:r>
        <w:rPr>
          <w:b w:val="0"/>
          <w:i/>
          <w:color w:val="444444"/>
          <w:sz w:val="18"/>
        </w:rPr>
        <w:t>Accompanying child(ren) under 14 included in the passport</w:t>
      </w:r>
    </w:p>
    <w:p>
      <w:r>
        <w:rPr>
          <w:b w:val="0"/>
          <w:i w:val="0"/>
        </w:rPr>
        <w:t>13. Giấy tờ chứng minh thuộc đối tượng được cấp giấy miễn thị thực (4):</w:t>
      </w:r>
      <w:r>
        <w:rPr>
          <w:b w:val="0"/>
          <w:i w:val="0"/>
        </w:rPr>
        <w:t xml:space="preserve"> ............................................................</w:t>
      </w:r>
    </w:p>
    <w:p>
      <w:pPr>
        <w:spacing w:after="20"/>
        <w:ind w:left="340"/>
      </w:pPr>
      <w:r>
        <w:rPr>
          <w:b w:val="0"/>
          <w:i/>
          <w:color w:val="444444"/>
          <w:sz w:val="18"/>
        </w:rPr>
        <w:t>Supporting documents to prove eligibility</w:t>
      </w:r>
    </w:p>
    <w:p>
      <w:r>
        <w:rPr>
          <w:b w:val="0"/>
          <w:i w:val="0"/>
        </w:rPr>
        <w:t>Tôi xin cam đoan những nội dung trên là đúng sự thật.</w:t>
      </w:r>
      <w:r>
        <w:br/>
      </w:r>
      <w:r>
        <w:rPr>
          <w:b w:val="0"/>
          <w:i w:val="0"/>
        </w:rPr>
        <w:t>I declare to the best of my knowledge that all the above particulars are correct.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t>Làm tại ...... ngày ... tháng ... năm ...</w:t>
            </w:r>
            <w:r>
              <w:br/>
            </w:r>
            <w:r>
              <w:rPr>
                <w:b w:val="0"/>
                <w:i w:val="0"/>
                <w:sz w:val="22"/>
              </w:rPr>
              <w:t>Done at ... date</w:t>
            </w:r>
          </w:p>
        </w:tc>
        <w:tc>
          <w:tcPr>
            <w:tcW w:type="dxa" w:w="4819"/>
          </w:tcPr>
          <w:p>
            <w:pPr>
              <w:jc w:val="center"/>
            </w:pPr>
            <w:r/>
            <w:r>
              <w:rPr>
                <w:b/>
                <w:i w:val="0"/>
                <w:sz w:val="22"/>
              </w:rPr>
              <w:t>Người đề nghị / The applicant</w:t>
            </w:r>
            <w:r>
              <w:br/>
            </w:r>
            <w:r>
              <w:rPr>
                <w:b w:val="0"/>
                <w:i w:val="0"/>
                <w:sz w:val="22"/>
              </w:rPr>
              <w:t>(ký, ghi rõ họ tên / Signature and full name)</w:t>
            </w:r>
          </w:p>
        </w:tc>
      </w:tr>
    </w:tbl>
    <w:p>
      <w:r>
        <w:rPr>
          <w:b w:val="0"/>
          <w:i w:val="0"/>
        </w:rPr>
      </w:r>
      <w:r>
        <w:br/>
      </w:r>
      <w:r>
        <w:rPr>
          <w:b w:val="0"/>
          <w:i w:val="0"/>
        </w:rPr>
      </w:r>
      <w:r>
        <w:br/>
      </w:r>
      <w:r>
        <w:rPr>
          <w:b w:val="0"/>
          <w:i w:val="0"/>
        </w:rPr>
      </w:r>
    </w:p>
    <w:p>
      <w:r>
        <w:rPr>
          <w:b/>
          <w:i/>
          <w:sz w:val="20"/>
        </w:rPr>
        <w:t>Ghi chú/Notes:</w:t>
      </w:r>
    </w:p>
    <w:p>
      <w:r>
        <w:rPr>
          <w:b w:val="0"/>
          <w:i/>
          <w:sz w:val="18"/>
        </w:rPr>
        <w:t>(1) Mỗi người khai 1 bản, kèm hộ chiếu/giấy tờ có giá trị đi lại quốc tế; nộp trực tiếp tại cơ quan đại diện Việt Nam ở nước ngoài hoặc tại Cục Quản lý xuất nhập cảnh.</w:t>
      </w:r>
    </w:p>
    <w:p>
      <w:r>
        <w:rPr>
          <w:b w:val="0"/>
          <w:i/>
          <w:sz w:val="18"/>
        </w:rPr>
        <w:t>(2) Kèm 02 ảnh mới chụp, cỡ 4cm x 6cm, phông nền trắng, mặt nhìn thẳng, không đội mũ, không đeo kính, trang phục lịch sự (01 ảnh dán vào tờ khai, 01 ảnh để rời).</w:t>
      </w:r>
    </w:p>
    <w:p>
      <w:r>
        <w:rPr>
          <w:b w:val="0"/>
          <w:i/>
          <w:sz w:val="18"/>
        </w:rPr>
        <w:t>(3) Người có quốc tịch Việt Nam đồng thời có quốc tịch nước ngoài: Nhà nước Việt Nam chỉ công nhận quốc tịch Việt Nam trong quan hệ với cơ quan có thẩm quyền của Việt Nam (Luật Quốc tịch Việt Nam 2008, sửa đổi 2014, 2025); công dân Việt Nam có nghĩa vụ sử dụng giấy tờ xuất nhập cảnh do Việt Nam cấp (Luật Xuất cảnh, nhập cảnh của công dân Việt Nam 2019, sửa đổi 2023, 2025).</w:t>
      </w:r>
    </w:p>
    <w:p>
      <w:r>
        <w:rPr>
          <w:b w:val="0"/>
          <w:i/>
          <w:sz w:val="18"/>
        </w:rPr>
        <w:t>(4) Kèm bản sao một trong các giấy tờ: Giấy khai sinh, Giấy đăng ký kết hôn, Hộ chiếu Việt Nam hết giá trị, Giấy chứng minh nhân dân, Căn cước, Căn cước công dân, Sổ hộ khẩu hoặc các giấy tờ khác theo quy định của pháp luật Việt Nam.</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