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NA6</w:t>
      </w:r>
    </w:p>
    <w:p>
      <w:pPr>
        <w:jc w:val="right"/>
      </w:pPr>
      <w:r>
        <w:rPr>
          <w:b w:val="0"/>
          <w:i/>
          <w:sz w:val="18"/>
        </w:rPr>
        <w:t>Kèm theo Thông tư số 70/2026/TT-BCA ngày 25 tháng 5 năm 2026</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t>......................(1)</w:t>
            </w:r>
            <w:r>
              <w:br/>
            </w:r>
            <w:r>
              <w:rPr>
                <w:b w:val="0"/>
                <w:i w:val="0"/>
                <w:sz w:val="22"/>
              </w:rPr>
              <w:t>Trụ sở tại: ..........</w:t>
            </w:r>
            <w:r>
              <w:br/>
            </w:r>
            <w:r>
              <w:rPr>
                <w:b w:val="0"/>
                <w:i w:val="0"/>
                <w:sz w:val="22"/>
              </w:rPr>
              <w:t>Điện thoại: ..........</w:t>
            </w:r>
            <w:r>
              <w:br/>
            </w:r>
            <w:r>
              <w:rPr>
                <w:b w:val="0"/>
                <w:i w:val="0"/>
                <w:sz w:val="22"/>
              </w:rPr>
              <w:t>Số: ..........</w:t>
            </w:r>
            <w:r>
              <w:br/>
            </w:r>
            <w:r>
              <w:rPr>
                <w:b w:val="0"/>
                <w:i w:val="0"/>
                <w:sz w:val="22"/>
              </w:rPr>
              <w:t>V/v đề nghị cấp thẻ tạm trú cho người nước ngoài</w:t>
            </w:r>
          </w:p>
        </w:tc>
        <w:tc>
          <w:tcPr>
            <w:tcW w:type="dxa" w:w="4819"/>
          </w:tcPr>
          <w:p>
            <w:pPr>
              <w:jc w:val="center"/>
            </w:pPr>
            <w:r/>
            <w:r>
              <w:rPr>
                <w:b w:val="0"/>
                <w:i/>
                <w:sz w:val="22"/>
              </w:rPr>
              <w:t>............., ngày ..... tháng ..... năm ......</w:t>
            </w:r>
          </w:p>
        </w:tc>
      </w:tr>
    </w:tbl>
    <w:p>
      <w:pPr>
        <w:spacing w:before="120" w:after="120"/>
        <w:jc w:val="center"/>
      </w:pPr>
      <w:r>
        <w:rPr>
          <w:b/>
          <w:i w:val="0"/>
        </w:rPr>
        <w:t>Kính gửi: ..........................................(2)</w:t>
      </w:r>
    </w:p>
    <w:p>
      <w:r>
        <w:rPr>
          <w:b w:val="0"/>
          <w:i w:val="0"/>
        </w:rPr>
        <w:t>Đề nghị quý cơ quan xem xét cấp thẻ tạm trú cho ... người nước ngoài sau đây:</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pPr>
              <w:jc w:val="center"/>
            </w:pPr>
            <w:r/>
            <w:r>
              <w:rPr>
                <w:b/>
                <w:i w:val="0"/>
                <w:sz w:val="18"/>
              </w:rPr>
              <w:t>Số TT</w:t>
            </w:r>
          </w:p>
        </w:tc>
        <w:tc>
          <w:tcPr>
            <w:tcW w:type="dxa" w:w="1377"/>
          </w:tcPr>
          <w:p>
            <w:pPr>
              <w:jc w:val="center"/>
            </w:pPr>
            <w:r/>
            <w:r>
              <w:rPr>
                <w:b/>
                <w:i w:val="0"/>
                <w:sz w:val="18"/>
              </w:rPr>
              <w:t>Họ tên (chữ in hoa)</w:t>
            </w:r>
          </w:p>
        </w:tc>
        <w:tc>
          <w:tcPr>
            <w:tcW w:type="dxa" w:w="1377"/>
          </w:tcPr>
          <w:p>
            <w:pPr>
              <w:jc w:val="center"/>
            </w:pPr>
            <w:r/>
            <w:r>
              <w:rPr>
                <w:b/>
                <w:i w:val="0"/>
                <w:sz w:val="18"/>
              </w:rPr>
              <w:t>Giới tính</w:t>
            </w:r>
          </w:p>
        </w:tc>
        <w:tc>
          <w:tcPr>
            <w:tcW w:type="dxa" w:w="1377"/>
          </w:tcPr>
          <w:p>
            <w:pPr>
              <w:jc w:val="center"/>
            </w:pPr>
            <w:r/>
            <w:r>
              <w:rPr>
                <w:b/>
                <w:i w:val="0"/>
                <w:sz w:val="18"/>
              </w:rPr>
              <w:t>Ngày tháng năm sinh</w:t>
            </w:r>
          </w:p>
        </w:tc>
        <w:tc>
          <w:tcPr>
            <w:tcW w:type="dxa" w:w="1377"/>
          </w:tcPr>
          <w:p>
            <w:pPr>
              <w:jc w:val="center"/>
            </w:pPr>
            <w:r/>
            <w:r>
              <w:rPr>
                <w:b/>
                <w:i w:val="0"/>
                <w:sz w:val="18"/>
              </w:rPr>
              <w:t>Quốc tịch (3)</w:t>
            </w:r>
          </w:p>
        </w:tc>
        <w:tc>
          <w:tcPr>
            <w:tcW w:type="dxa" w:w="1377"/>
          </w:tcPr>
          <w:p>
            <w:pPr>
              <w:jc w:val="center"/>
            </w:pPr>
            <w:r/>
            <w:r>
              <w:rPr>
                <w:b/>
                <w:i w:val="0"/>
                <w:sz w:val="18"/>
              </w:rPr>
              <w:t>Hộ chiếu số</w:t>
            </w:r>
          </w:p>
        </w:tc>
        <w:tc>
          <w:tcPr>
            <w:tcW w:type="dxa" w:w="1377"/>
          </w:tcPr>
          <w:p>
            <w:pPr>
              <w:jc w:val="center"/>
            </w:pPr>
            <w:r/>
            <w:r>
              <w:rPr>
                <w:b/>
                <w:i w:val="0"/>
                <w:sz w:val="18"/>
              </w:rPr>
              <w:t>Vị trí công việc</w:t>
            </w:r>
          </w:p>
        </w:tc>
      </w:tr>
      <w:tr>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r>
      <w:tr>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r>
      <w:tr>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r>
      <w:tr>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r>
    </w:tbl>
    <w:p/>
    <w:p>
      <w:r>
        <w:rPr>
          <w:b w:val="0"/>
          <w:i w:val="0"/>
        </w:rPr>
        <w:t>(Tờ khai đề nghị cấp thẻ tạm trú kèm theo)</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r>
          </w:p>
        </w:tc>
        <w:tc>
          <w:tcPr>
            <w:tcW w:type="dxa" w:w="4819"/>
          </w:tcPr>
          <w:p>
            <w:pPr>
              <w:jc w:val="center"/>
            </w:pPr>
            <w:r/>
            <w:r>
              <w:rPr>
                <w:b/>
                <w:i w:val="0"/>
                <w:sz w:val="22"/>
              </w:rPr>
              <w:t>Thủ trưởng cơ quan/tổ chức</w:t>
            </w:r>
            <w:r>
              <w:br/>
            </w:r>
            <w:r>
              <w:rPr>
                <w:b w:val="0"/>
                <w:i w:val="0"/>
                <w:sz w:val="22"/>
              </w:rPr>
              <w:t>(Ký, ghi rõ họ tên, chức vụ, đóng dấu)</w:t>
            </w:r>
          </w:p>
        </w:tc>
      </w:tr>
    </w:tbl>
    <w:p>
      <w:r>
        <w:rPr>
          <w:b w:val="0"/>
          <w:i w:val="0"/>
        </w:rPr>
      </w:r>
      <w:r>
        <w:br/>
      </w:r>
      <w:r>
        <w:rPr>
          <w:b w:val="0"/>
          <w:i w:val="0"/>
        </w:rPr>
      </w:r>
      <w:r>
        <w:br/>
      </w:r>
      <w:r>
        <w:rPr>
          <w:b w:val="0"/>
          <w:i w:val="0"/>
        </w:rPr>
      </w:r>
    </w:p>
    <w:p>
      <w:r>
        <w:rPr>
          <w:b/>
          <w:i/>
          <w:sz w:val="20"/>
        </w:rPr>
        <w:t>Ghi chú/Notes:</w:t>
      </w:r>
    </w:p>
    <w:p>
      <w:r>
        <w:rPr>
          <w:b w:val="0"/>
          <w:i/>
          <w:sz w:val="18"/>
        </w:rPr>
        <w:t>(1) Tên cơ quan, tổ chức.</w:t>
      </w:r>
    </w:p>
    <w:p>
      <w:r>
        <w:rPr>
          <w:b w:val="0"/>
          <w:i/>
          <w:sz w:val="18"/>
        </w:rPr>
        <w:t>(2) Cục Quản lý xuất nhập cảnh hoặc Phòng Quản lý xuất nhập cảnh Công an tỉnh, thành phố; cơ quan có thẩm quyền của Bộ Ngoại giao (đối với người thuộc diện cấp thẻ tạm trú NG3).</w:t>
      </w:r>
    </w:p>
    <w:p>
      <w:r>
        <w:rPr>
          <w:b w:val="0"/>
          <w:i/>
          <w:sz w:val="18"/>
        </w:rPr>
        <w:t>(3) Người có quốc tịch Việt Nam đồng thời có quốc tịch nước ngoài: Nhà nước Việt Nam chỉ công nhận quốc tịch Việt Nam trong quan hệ với cơ quan có thẩm quyền của Việt Nam (Luật Quốc tịch Việt Nam 2008, sửa đổi 2014, 2025); công dân Việt Nam có nghĩa vụ sử dụng giấy tờ xuất nhập cảnh do Việt Nam cấp (Luật Xuất cảnh, nhập cảnh của công dân Việt Nam 2019, sửa đổi 2023, 2025).</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