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rPr>
          <w:b/>
          <w:i w:val="0"/>
          <w:sz w:val="22"/>
        </w:rPr>
        <w:t>Mẫu (Form) NA17</w:t>
      </w:r>
    </w:p>
    <w:p>
      <w:pPr>
        <w:jc w:val="right"/>
      </w:pPr>
      <w:r>
        <w:rPr>
          <w:b w:val="0"/>
          <w:i/>
          <w:sz w:val="18"/>
        </w:rPr>
        <w:t>Kèm theo Thông tư số 70/2026/TT-BCA ngày 25 tháng 5 năm 2026</w:t>
      </w:r>
    </w:p>
    <w:tbl>
      <w:tblPr>
        <w:tblW w:type="auto" w:w="0"/>
        <w:tblLook w:firstColumn="1" w:firstRow="1" w:lastColumn="0" w:lastRow="0" w:noHBand="0" w:noVBand="1" w:val="04A0"/>
        <w:tblBorders>
          <w:top w:val="nil"/>
          <w:left w:val="nil"/>
          <w:bottom w:val="nil"/>
          <w:right w:val="nil"/>
          <w:insideH w:val="nil"/>
          <w:insideV w:val="nil"/>
        </w:tblBorders>
      </w:tblPr>
      <w:tblGrid>
        <w:gridCol w:w="7285"/>
        <w:gridCol w:w="7285"/>
      </w:tblGrid>
      <w:tr>
        <w:tc>
          <w:tcPr>
            <w:tcW w:type="dxa" w:w="7285"/>
          </w:tcPr>
          <w:p>
            <w:pPr>
              <w:jc w:val="center"/>
            </w:pPr>
            <w:r/>
            <w:r>
              <w:rPr>
                <w:b/>
                <w:i w:val="0"/>
                <w:sz w:val="22"/>
              </w:rPr>
              <w:t>Tên cơ sở lưu trú: ..........(1)</w:t>
            </w:r>
            <w:r>
              <w:br/>
            </w:r>
            <w:r>
              <w:rPr>
                <w:b w:val="0"/>
                <w:i w:val="0"/>
                <w:sz w:val="22"/>
              </w:rPr>
              <w:t>Địa chỉ: ..........</w:t>
            </w:r>
            <w:r>
              <w:br/>
            </w:r>
            <w:r>
              <w:rPr>
                <w:b w:val="0"/>
                <w:i w:val="0"/>
                <w:sz w:val="22"/>
              </w:rPr>
              <w:t>Điện thoại: ..........</w:t>
            </w:r>
          </w:p>
        </w:tc>
        <w:tc>
          <w:tcPr>
            <w:tcW w:type="dxa" w:w="7285"/>
          </w:tcPr>
          <w:p>
            <w:pPr>
              <w:jc w:val="center"/>
            </w:pPr>
            <w:r/>
            <w:r>
              <w:rPr>
                <w:b w:val="0"/>
                <w:i/>
                <w:sz w:val="22"/>
              </w:rPr>
              <w:t>CỘNG HÒA XÃ HỘI CHỦ NGHĨA VIỆT NAM</w:t>
            </w:r>
            <w:r>
              <w:br/>
            </w:r>
            <w:r>
              <w:rPr>
                <w:b w:val="0"/>
                <w:i/>
                <w:sz w:val="22"/>
              </w:rPr>
              <w:t>Độc lập - Tự do - Hạnh phúc</w:t>
            </w:r>
            <w:r>
              <w:br/>
            </w:r>
            <w:r>
              <w:rPr>
                <w:b w:val="0"/>
                <w:i/>
                <w:sz w:val="22"/>
              </w:rPr>
              <w:t>..........., ngày .... tháng .... năm ......</w:t>
            </w:r>
          </w:p>
        </w:tc>
      </w:tr>
    </w:tbl>
    <w:p>
      <w:pPr>
        <w:spacing w:before="120"/>
        <w:jc w:val="center"/>
      </w:pPr>
      <w:r>
        <w:rPr>
          <w:b/>
          <w:i w:val="0"/>
          <w:sz w:val="26"/>
        </w:rPr>
        <w:t>PHIẾU KHAI BÁO TẠM TRÚ CHO NGƯỜI NƯỚC NGOÀI</w:t>
      </w:r>
    </w:p>
    <w:p>
      <w:pPr>
        <w:spacing w:before="120" w:after="120"/>
        <w:jc w:val="center"/>
      </w:pPr>
      <w:r>
        <w:rPr>
          <w:b/>
          <w:i w:val="0"/>
        </w:rPr>
        <w:t>Kính gửi: ..........................</w:t>
      </w:r>
    </w:p>
    <w:tbl>
      <w:tblPr>
        <w:tblStyle w:val="TableGrid"/>
        <w:tblW w:type="auto" w:w="0"/>
        <w:tblLook w:firstColumn="1" w:firstRow="1" w:lastColumn="0" w:lastRow="0" w:noHBand="0" w:noVBand="1" w:val="04A0"/>
      </w:tblPr>
      <w:tblGrid>
        <w:gridCol w:w="1457"/>
        <w:gridCol w:w="1457"/>
        <w:gridCol w:w="1457"/>
        <w:gridCol w:w="1457"/>
        <w:gridCol w:w="1457"/>
        <w:gridCol w:w="1457"/>
        <w:gridCol w:w="1457"/>
        <w:gridCol w:w="1457"/>
        <w:gridCol w:w="1457"/>
        <w:gridCol w:w="1457"/>
      </w:tblGrid>
      <w:tr>
        <w:tc>
          <w:tcPr>
            <w:tcW w:type="dxa" w:w="1457"/>
          </w:tcPr>
          <w:p>
            <w:pPr>
              <w:jc w:val="center"/>
            </w:pPr>
            <w:r/>
            <w:r>
              <w:rPr>
                <w:b/>
                <w:i w:val="0"/>
                <w:sz w:val="16"/>
              </w:rPr>
              <w:t>STT</w:t>
            </w:r>
          </w:p>
        </w:tc>
        <w:tc>
          <w:tcPr>
            <w:tcW w:type="dxa" w:w="1457"/>
          </w:tcPr>
          <w:p>
            <w:pPr>
              <w:jc w:val="center"/>
            </w:pPr>
            <w:r/>
            <w:r>
              <w:rPr>
                <w:b/>
                <w:i w:val="0"/>
                <w:sz w:val="16"/>
              </w:rPr>
              <w:t>Họ tên</w:t>
            </w:r>
          </w:p>
        </w:tc>
        <w:tc>
          <w:tcPr>
            <w:tcW w:type="dxa" w:w="1457"/>
          </w:tcPr>
          <w:p>
            <w:pPr>
              <w:jc w:val="center"/>
            </w:pPr>
            <w:r/>
            <w:r>
              <w:rPr>
                <w:b/>
                <w:i w:val="0"/>
                <w:sz w:val="16"/>
              </w:rPr>
              <w:t>Giới tính</w:t>
            </w:r>
            <w:r>
              <w:br/>
            </w:r>
            <w:r>
              <w:rPr>
                <w:b w:val="0"/>
                <w:i w:val="0"/>
                <w:sz w:val="16"/>
              </w:rPr>
              <w:t>(Nam/Nữ)</w:t>
            </w:r>
          </w:p>
        </w:tc>
        <w:tc>
          <w:tcPr>
            <w:tcW w:type="dxa" w:w="1457"/>
          </w:tcPr>
          <w:p>
            <w:pPr>
              <w:jc w:val="center"/>
            </w:pPr>
            <w:r/>
            <w:r>
              <w:rPr>
                <w:b/>
                <w:i w:val="0"/>
                <w:sz w:val="16"/>
              </w:rPr>
              <w:t>Ngày tháng năm sinh</w:t>
            </w:r>
          </w:p>
        </w:tc>
        <w:tc>
          <w:tcPr>
            <w:tcW w:type="dxa" w:w="1457"/>
          </w:tcPr>
          <w:p>
            <w:pPr>
              <w:jc w:val="center"/>
            </w:pPr>
            <w:r/>
            <w:r>
              <w:rPr>
                <w:b/>
                <w:i w:val="0"/>
                <w:sz w:val="16"/>
              </w:rPr>
              <w:t>Quốc tịch</w:t>
            </w:r>
          </w:p>
        </w:tc>
        <w:tc>
          <w:tcPr>
            <w:tcW w:type="dxa" w:w="1457"/>
          </w:tcPr>
          <w:p>
            <w:pPr>
              <w:jc w:val="center"/>
            </w:pPr>
            <w:r/>
            <w:r>
              <w:rPr>
                <w:b/>
                <w:i w:val="0"/>
                <w:sz w:val="16"/>
              </w:rPr>
              <w:t>Loại, số hộ chiếu/giấy tờ đi lại quốc tế (2)</w:t>
            </w:r>
          </w:p>
        </w:tc>
        <w:tc>
          <w:tcPr>
            <w:tcW w:type="dxa" w:w="1457"/>
          </w:tcPr>
          <w:p>
            <w:pPr>
              <w:jc w:val="center"/>
            </w:pPr>
            <w:r/>
            <w:r>
              <w:rPr>
                <w:b/>
                <w:i w:val="0"/>
                <w:sz w:val="16"/>
              </w:rPr>
              <w:t>Loại, thời hạn, số, ngày cấp, cơ quan cấp thị thực (3)</w:t>
            </w:r>
          </w:p>
        </w:tc>
        <w:tc>
          <w:tcPr>
            <w:tcW w:type="dxa" w:w="1457"/>
          </w:tcPr>
          <w:p>
            <w:pPr>
              <w:jc w:val="center"/>
            </w:pPr>
            <w:r/>
            <w:r>
              <w:rPr>
                <w:b/>
                <w:i w:val="0"/>
                <w:sz w:val="16"/>
              </w:rPr>
              <w:t>Ngày, cửa khẩu nhập cảnh (4)</w:t>
            </w:r>
          </w:p>
        </w:tc>
        <w:tc>
          <w:tcPr>
            <w:tcW w:type="dxa" w:w="1457"/>
          </w:tcPr>
          <w:p>
            <w:pPr>
              <w:jc w:val="center"/>
            </w:pPr>
            <w:r/>
            <w:r>
              <w:rPr>
                <w:b/>
                <w:i w:val="0"/>
                <w:sz w:val="16"/>
              </w:rPr>
              <w:t>Mục đích nhập cảnh</w:t>
            </w:r>
          </w:p>
        </w:tc>
        <w:tc>
          <w:tcPr>
            <w:tcW w:type="dxa" w:w="1457"/>
          </w:tcPr>
          <w:p>
            <w:pPr>
              <w:jc w:val="center"/>
            </w:pPr>
            <w:r/>
            <w:r>
              <w:rPr>
                <w:b/>
                <w:i w:val="0"/>
                <w:sz w:val="16"/>
              </w:rPr>
              <w:t>Tạm trú (từ ngày đến ngày)</w:t>
            </w:r>
          </w:p>
        </w:tc>
      </w:tr>
      <w:tr>
        <w:tc>
          <w:tcPr>
            <w:tcW w:type="dxa" w:w="1457"/>
          </w:tcPr>
          <w:p>
            <w:pPr>
              <w:jc w:val="center"/>
            </w:pPr>
            <w:r/>
            <w:r>
              <w:rPr>
                <w:b w:val="0"/>
                <w:i w:val="0"/>
                <w:color w:val="0B4FC4"/>
                <w:sz w:val="16"/>
              </w:rPr>
              <w:t xml:space="preserve"> </w:t>
            </w:r>
          </w:p>
        </w:tc>
        <w:tc>
          <w:tcPr>
            <w:tcW w:type="dxa" w:w="1457"/>
          </w:tcPr>
          <w:p>
            <w:pPr>
              <w:jc w:val="center"/>
            </w:pPr>
            <w:r/>
            <w:r>
              <w:rPr>
                <w:b w:val="0"/>
                <w:i w:val="0"/>
                <w:color w:val="0B4FC4"/>
                <w:sz w:val="16"/>
              </w:rPr>
              <w:t xml:space="preserve"> </w:t>
            </w:r>
          </w:p>
        </w:tc>
        <w:tc>
          <w:tcPr>
            <w:tcW w:type="dxa" w:w="1457"/>
          </w:tcPr>
          <w:p>
            <w:pPr>
              <w:jc w:val="center"/>
            </w:pPr>
            <w:r/>
            <w:r>
              <w:rPr>
                <w:b w:val="0"/>
                <w:i w:val="0"/>
                <w:color w:val="0B4FC4"/>
                <w:sz w:val="16"/>
              </w:rPr>
              <w:t xml:space="preserve"> </w:t>
            </w:r>
          </w:p>
        </w:tc>
        <w:tc>
          <w:tcPr>
            <w:tcW w:type="dxa" w:w="1457"/>
          </w:tcPr>
          <w:p>
            <w:pPr>
              <w:jc w:val="center"/>
            </w:pPr>
            <w:r/>
            <w:r>
              <w:rPr>
                <w:b w:val="0"/>
                <w:i w:val="0"/>
                <w:color w:val="0B4FC4"/>
                <w:sz w:val="16"/>
              </w:rPr>
              <w:t xml:space="preserve"> </w:t>
            </w:r>
          </w:p>
        </w:tc>
        <w:tc>
          <w:tcPr>
            <w:tcW w:type="dxa" w:w="1457"/>
          </w:tcPr>
          <w:p>
            <w:pPr>
              <w:jc w:val="center"/>
            </w:pPr>
            <w:r/>
            <w:r>
              <w:rPr>
                <w:b w:val="0"/>
                <w:i w:val="0"/>
                <w:color w:val="0B4FC4"/>
                <w:sz w:val="16"/>
              </w:rPr>
              <w:t xml:space="preserve"> </w:t>
            </w:r>
          </w:p>
        </w:tc>
        <w:tc>
          <w:tcPr>
            <w:tcW w:type="dxa" w:w="1457"/>
          </w:tcPr>
          <w:p>
            <w:pPr>
              <w:jc w:val="center"/>
            </w:pPr>
            <w:r/>
            <w:r>
              <w:rPr>
                <w:b w:val="0"/>
                <w:i w:val="0"/>
                <w:color w:val="0B4FC4"/>
                <w:sz w:val="16"/>
              </w:rPr>
              <w:t xml:space="preserve"> </w:t>
            </w:r>
          </w:p>
        </w:tc>
        <w:tc>
          <w:tcPr>
            <w:tcW w:type="dxa" w:w="1457"/>
          </w:tcPr>
          <w:p>
            <w:pPr>
              <w:jc w:val="center"/>
            </w:pPr>
            <w:r/>
            <w:r>
              <w:rPr>
                <w:b w:val="0"/>
                <w:i w:val="0"/>
                <w:color w:val="0B4FC4"/>
                <w:sz w:val="16"/>
              </w:rPr>
              <w:t xml:space="preserve"> </w:t>
            </w:r>
          </w:p>
        </w:tc>
        <w:tc>
          <w:tcPr>
            <w:tcW w:type="dxa" w:w="1457"/>
          </w:tcPr>
          <w:p>
            <w:pPr>
              <w:jc w:val="center"/>
            </w:pPr>
            <w:r/>
            <w:r>
              <w:rPr>
                <w:b w:val="0"/>
                <w:i w:val="0"/>
                <w:color w:val="0B4FC4"/>
                <w:sz w:val="16"/>
              </w:rPr>
              <w:t xml:space="preserve"> </w:t>
            </w:r>
          </w:p>
        </w:tc>
        <w:tc>
          <w:tcPr>
            <w:tcW w:type="dxa" w:w="1457"/>
          </w:tcPr>
          <w:p>
            <w:pPr>
              <w:jc w:val="center"/>
            </w:pPr>
            <w:r/>
            <w:r>
              <w:rPr>
                <w:b w:val="0"/>
                <w:i w:val="0"/>
                <w:color w:val="0B4FC4"/>
                <w:sz w:val="16"/>
              </w:rPr>
              <w:t xml:space="preserve"> </w:t>
            </w:r>
          </w:p>
        </w:tc>
        <w:tc>
          <w:tcPr>
            <w:tcW w:type="dxa" w:w="1457"/>
          </w:tcPr>
          <w:p>
            <w:pPr>
              <w:jc w:val="center"/>
            </w:pPr>
            <w:r/>
            <w:r>
              <w:rPr>
                <w:b w:val="0"/>
                <w:i w:val="0"/>
                <w:color w:val="0B4FC4"/>
                <w:sz w:val="16"/>
              </w:rPr>
              <w:t xml:space="preserve"> </w:t>
            </w:r>
          </w:p>
        </w:tc>
      </w:tr>
      <w:tr>
        <w:tc>
          <w:tcPr>
            <w:tcW w:type="dxa" w:w="1457"/>
          </w:tcPr>
          <w:p>
            <w:pPr>
              <w:jc w:val="center"/>
            </w:pPr>
            <w:r/>
            <w:r>
              <w:rPr>
                <w:b w:val="0"/>
                <w:i w:val="0"/>
                <w:color w:val="0B4FC4"/>
                <w:sz w:val="16"/>
              </w:rPr>
              <w:t xml:space="preserve"> </w:t>
            </w:r>
          </w:p>
        </w:tc>
        <w:tc>
          <w:tcPr>
            <w:tcW w:type="dxa" w:w="1457"/>
          </w:tcPr>
          <w:p>
            <w:pPr>
              <w:jc w:val="center"/>
            </w:pPr>
            <w:r/>
            <w:r>
              <w:rPr>
                <w:b w:val="0"/>
                <w:i w:val="0"/>
                <w:color w:val="0B4FC4"/>
                <w:sz w:val="16"/>
              </w:rPr>
              <w:t xml:space="preserve"> </w:t>
            </w:r>
          </w:p>
        </w:tc>
        <w:tc>
          <w:tcPr>
            <w:tcW w:type="dxa" w:w="1457"/>
          </w:tcPr>
          <w:p>
            <w:pPr>
              <w:jc w:val="center"/>
            </w:pPr>
            <w:r/>
            <w:r>
              <w:rPr>
                <w:b w:val="0"/>
                <w:i w:val="0"/>
                <w:color w:val="0B4FC4"/>
                <w:sz w:val="16"/>
              </w:rPr>
              <w:t xml:space="preserve"> </w:t>
            </w:r>
          </w:p>
        </w:tc>
        <w:tc>
          <w:tcPr>
            <w:tcW w:type="dxa" w:w="1457"/>
          </w:tcPr>
          <w:p>
            <w:pPr>
              <w:jc w:val="center"/>
            </w:pPr>
            <w:r/>
            <w:r>
              <w:rPr>
                <w:b w:val="0"/>
                <w:i w:val="0"/>
                <w:color w:val="0B4FC4"/>
                <w:sz w:val="16"/>
              </w:rPr>
              <w:t xml:space="preserve"> </w:t>
            </w:r>
          </w:p>
        </w:tc>
        <w:tc>
          <w:tcPr>
            <w:tcW w:type="dxa" w:w="1457"/>
          </w:tcPr>
          <w:p>
            <w:pPr>
              <w:jc w:val="center"/>
            </w:pPr>
            <w:r/>
            <w:r>
              <w:rPr>
                <w:b w:val="0"/>
                <w:i w:val="0"/>
                <w:color w:val="0B4FC4"/>
                <w:sz w:val="16"/>
              </w:rPr>
              <w:t xml:space="preserve"> </w:t>
            </w:r>
          </w:p>
        </w:tc>
        <w:tc>
          <w:tcPr>
            <w:tcW w:type="dxa" w:w="1457"/>
          </w:tcPr>
          <w:p>
            <w:pPr>
              <w:jc w:val="center"/>
            </w:pPr>
            <w:r/>
            <w:r>
              <w:rPr>
                <w:b w:val="0"/>
                <w:i w:val="0"/>
                <w:color w:val="0B4FC4"/>
                <w:sz w:val="16"/>
              </w:rPr>
              <w:t xml:space="preserve"> </w:t>
            </w:r>
          </w:p>
        </w:tc>
        <w:tc>
          <w:tcPr>
            <w:tcW w:type="dxa" w:w="1457"/>
          </w:tcPr>
          <w:p>
            <w:pPr>
              <w:jc w:val="center"/>
            </w:pPr>
            <w:r/>
            <w:r>
              <w:rPr>
                <w:b w:val="0"/>
                <w:i w:val="0"/>
                <w:color w:val="0B4FC4"/>
                <w:sz w:val="16"/>
              </w:rPr>
              <w:t xml:space="preserve"> </w:t>
            </w:r>
          </w:p>
        </w:tc>
        <w:tc>
          <w:tcPr>
            <w:tcW w:type="dxa" w:w="1457"/>
          </w:tcPr>
          <w:p>
            <w:pPr>
              <w:jc w:val="center"/>
            </w:pPr>
            <w:r/>
            <w:r>
              <w:rPr>
                <w:b w:val="0"/>
                <w:i w:val="0"/>
                <w:color w:val="0B4FC4"/>
                <w:sz w:val="16"/>
              </w:rPr>
              <w:t xml:space="preserve"> </w:t>
            </w:r>
          </w:p>
        </w:tc>
        <w:tc>
          <w:tcPr>
            <w:tcW w:type="dxa" w:w="1457"/>
          </w:tcPr>
          <w:p>
            <w:pPr>
              <w:jc w:val="center"/>
            </w:pPr>
            <w:r/>
            <w:r>
              <w:rPr>
                <w:b w:val="0"/>
                <w:i w:val="0"/>
                <w:color w:val="0B4FC4"/>
                <w:sz w:val="16"/>
              </w:rPr>
              <w:t xml:space="preserve"> </w:t>
            </w:r>
          </w:p>
        </w:tc>
        <w:tc>
          <w:tcPr>
            <w:tcW w:type="dxa" w:w="1457"/>
          </w:tcPr>
          <w:p>
            <w:pPr>
              <w:jc w:val="center"/>
            </w:pPr>
            <w:r/>
            <w:r>
              <w:rPr>
                <w:b w:val="0"/>
                <w:i w:val="0"/>
                <w:color w:val="0B4FC4"/>
                <w:sz w:val="16"/>
              </w:rPr>
              <w:t xml:space="preserve"> </w:t>
            </w:r>
          </w:p>
        </w:tc>
      </w:tr>
      <w:tr>
        <w:tc>
          <w:tcPr>
            <w:tcW w:type="dxa" w:w="1457"/>
          </w:tcPr>
          <w:p>
            <w:pPr>
              <w:jc w:val="center"/>
            </w:pPr>
            <w:r/>
            <w:r>
              <w:rPr>
                <w:b w:val="0"/>
                <w:i w:val="0"/>
                <w:color w:val="0B4FC4"/>
                <w:sz w:val="16"/>
              </w:rPr>
              <w:t xml:space="preserve"> </w:t>
            </w:r>
          </w:p>
        </w:tc>
        <w:tc>
          <w:tcPr>
            <w:tcW w:type="dxa" w:w="1457"/>
          </w:tcPr>
          <w:p>
            <w:pPr>
              <w:jc w:val="center"/>
            </w:pPr>
            <w:r/>
            <w:r>
              <w:rPr>
                <w:b w:val="0"/>
                <w:i w:val="0"/>
                <w:color w:val="0B4FC4"/>
                <w:sz w:val="16"/>
              </w:rPr>
              <w:t xml:space="preserve"> </w:t>
            </w:r>
          </w:p>
        </w:tc>
        <w:tc>
          <w:tcPr>
            <w:tcW w:type="dxa" w:w="1457"/>
          </w:tcPr>
          <w:p>
            <w:pPr>
              <w:jc w:val="center"/>
            </w:pPr>
            <w:r/>
            <w:r>
              <w:rPr>
                <w:b w:val="0"/>
                <w:i w:val="0"/>
                <w:color w:val="0B4FC4"/>
                <w:sz w:val="16"/>
              </w:rPr>
              <w:t xml:space="preserve"> </w:t>
            </w:r>
          </w:p>
        </w:tc>
        <w:tc>
          <w:tcPr>
            <w:tcW w:type="dxa" w:w="1457"/>
          </w:tcPr>
          <w:p>
            <w:pPr>
              <w:jc w:val="center"/>
            </w:pPr>
            <w:r/>
            <w:r>
              <w:rPr>
                <w:b w:val="0"/>
                <w:i w:val="0"/>
                <w:color w:val="0B4FC4"/>
                <w:sz w:val="16"/>
              </w:rPr>
              <w:t xml:space="preserve"> </w:t>
            </w:r>
          </w:p>
        </w:tc>
        <w:tc>
          <w:tcPr>
            <w:tcW w:type="dxa" w:w="1457"/>
          </w:tcPr>
          <w:p>
            <w:pPr>
              <w:jc w:val="center"/>
            </w:pPr>
            <w:r/>
            <w:r>
              <w:rPr>
                <w:b w:val="0"/>
                <w:i w:val="0"/>
                <w:color w:val="0B4FC4"/>
                <w:sz w:val="16"/>
              </w:rPr>
              <w:t xml:space="preserve"> </w:t>
            </w:r>
          </w:p>
        </w:tc>
        <w:tc>
          <w:tcPr>
            <w:tcW w:type="dxa" w:w="1457"/>
          </w:tcPr>
          <w:p>
            <w:pPr>
              <w:jc w:val="center"/>
            </w:pPr>
            <w:r/>
            <w:r>
              <w:rPr>
                <w:b w:val="0"/>
                <w:i w:val="0"/>
                <w:color w:val="0B4FC4"/>
                <w:sz w:val="16"/>
              </w:rPr>
              <w:t xml:space="preserve"> </w:t>
            </w:r>
          </w:p>
        </w:tc>
        <w:tc>
          <w:tcPr>
            <w:tcW w:type="dxa" w:w="1457"/>
          </w:tcPr>
          <w:p>
            <w:pPr>
              <w:jc w:val="center"/>
            </w:pPr>
            <w:r/>
            <w:r>
              <w:rPr>
                <w:b w:val="0"/>
                <w:i w:val="0"/>
                <w:color w:val="0B4FC4"/>
                <w:sz w:val="16"/>
              </w:rPr>
              <w:t xml:space="preserve"> </w:t>
            </w:r>
          </w:p>
        </w:tc>
        <w:tc>
          <w:tcPr>
            <w:tcW w:type="dxa" w:w="1457"/>
          </w:tcPr>
          <w:p>
            <w:pPr>
              <w:jc w:val="center"/>
            </w:pPr>
            <w:r/>
            <w:r>
              <w:rPr>
                <w:b w:val="0"/>
                <w:i w:val="0"/>
                <w:color w:val="0B4FC4"/>
                <w:sz w:val="16"/>
              </w:rPr>
              <w:t xml:space="preserve"> </w:t>
            </w:r>
          </w:p>
        </w:tc>
        <w:tc>
          <w:tcPr>
            <w:tcW w:type="dxa" w:w="1457"/>
          </w:tcPr>
          <w:p>
            <w:pPr>
              <w:jc w:val="center"/>
            </w:pPr>
            <w:r/>
            <w:r>
              <w:rPr>
                <w:b w:val="0"/>
                <w:i w:val="0"/>
                <w:color w:val="0B4FC4"/>
                <w:sz w:val="16"/>
              </w:rPr>
              <w:t xml:space="preserve"> </w:t>
            </w:r>
          </w:p>
        </w:tc>
        <w:tc>
          <w:tcPr>
            <w:tcW w:type="dxa" w:w="1457"/>
          </w:tcPr>
          <w:p>
            <w:pPr>
              <w:jc w:val="center"/>
            </w:pPr>
            <w:r/>
            <w:r>
              <w:rPr>
                <w:b w:val="0"/>
                <w:i w:val="0"/>
                <w:color w:val="0B4FC4"/>
                <w:sz w:val="16"/>
              </w:rPr>
              <w:t xml:space="preserve"> </w:t>
            </w:r>
          </w:p>
        </w:tc>
      </w:tr>
    </w:tbl>
    <w:p/>
    <w:tbl>
      <w:tblPr>
        <w:tblW w:type="auto" w:w="0"/>
        <w:tblLook w:firstColumn="1" w:firstRow="1" w:lastColumn="0" w:lastRow="0" w:noHBand="0" w:noVBand="1" w:val="04A0"/>
        <w:tblBorders>
          <w:top w:val="nil"/>
          <w:left w:val="nil"/>
          <w:bottom w:val="nil"/>
          <w:right w:val="nil"/>
          <w:insideH w:val="nil"/>
          <w:insideV w:val="nil"/>
        </w:tblBorders>
      </w:tblPr>
      <w:tblGrid>
        <w:gridCol w:w="7285"/>
        <w:gridCol w:w="7285"/>
      </w:tblGrid>
      <w:tr>
        <w:tc>
          <w:tcPr>
            <w:tcW w:type="dxa" w:w="7285"/>
          </w:tcPr>
          <w:p>
            <w:pPr>
              <w:jc w:val="center"/>
            </w:pPr>
            <w:r/>
            <w:r>
              <w:rPr>
                <w:b/>
                <w:i w:val="0"/>
                <w:sz w:val="22"/>
              </w:rPr>
              <w:t>Xác nhận</w:t>
            </w:r>
            <w:r>
              <w:br/>
            </w:r>
            <w:r>
              <w:rPr>
                <w:b w:val="0"/>
                <w:i w:val="0"/>
                <w:sz w:val="22"/>
              </w:rPr>
              <w:t>(của đơn vị tiếp nhận)</w:t>
            </w:r>
          </w:p>
        </w:tc>
        <w:tc>
          <w:tcPr>
            <w:tcW w:type="dxa" w:w="7285"/>
          </w:tcPr>
          <w:p>
            <w:pPr>
              <w:jc w:val="center"/>
            </w:pPr>
            <w:r/>
            <w:r>
              <w:rPr>
                <w:b/>
                <w:i w:val="0"/>
                <w:sz w:val="22"/>
              </w:rPr>
              <w:t>Đại diện cơ sở lưu trú</w:t>
            </w:r>
            <w:r>
              <w:br/>
            </w:r>
            <w:r>
              <w:rPr>
                <w:b w:val="0"/>
                <w:i w:val="0"/>
                <w:sz w:val="22"/>
              </w:rPr>
              <w:t>(Ký, ghi rõ họ tên)</w:t>
            </w:r>
          </w:p>
        </w:tc>
      </w:tr>
    </w:tbl>
    <w:p>
      <w:r>
        <w:rPr>
          <w:b w:val="0"/>
          <w:i w:val="0"/>
        </w:rPr>
      </w:r>
      <w:r>
        <w:br/>
      </w:r>
      <w:r>
        <w:rPr>
          <w:b w:val="0"/>
          <w:i w:val="0"/>
        </w:rPr>
      </w:r>
      <w:r>
        <w:br/>
      </w:r>
      <w:r>
        <w:rPr>
          <w:b w:val="0"/>
          <w:i w:val="0"/>
        </w:rPr>
      </w:r>
    </w:p>
    <w:p>
      <w:r>
        <w:rPr>
          <w:b/>
          <w:i/>
          <w:sz w:val="20"/>
        </w:rPr>
        <w:t>Ghi chú/Notes:</w:t>
      </w:r>
    </w:p>
    <w:p>
      <w:r>
        <w:rPr>
          <w:b w:val="0"/>
          <w:i/>
          <w:sz w:val="18"/>
        </w:rPr>
        <w:t>(1) Cơ sở lưu trú du lịch, nhà khách, khu nhà ở cho người nước ngoài làm việc, lao động, học tập, thực tập, cơ sở khám bệnh, chữa bệnh, nhà riêng, hoặc cơ sở lưu trú khác theo quy định của pháp luật.</w:t>
      </w:r>
    </w:p>
    <w:p>
      <w:r>
        <w:rPr>
          <w:b w:val="0"/>
          <w:i/>
          <w:sz w:val="18"/>
        </w:rPr>
        <w:t>(2) Ghi rõ số, loại hộ chiếu (phổ thông, công vụ…) hoặc giấy tờ có giá trị đi lại quốc tế.</w:t>
      </w:r>
    </w:p>
    <w:p>
      <w:r>
        <w:rPr>
          <w:b w:val="0"/>
          <w:i/>
          <w:sz w:val="18"/>
        </w:rPr>
        <w:t>(3) Nếu nhập cảnh theo diện miễn thị thực thì ghi "Miễn thị thực"; nhập cảnh bằng giấy tờ khác thì ghi rõ theo thứ tự: loại giấy tờ (thị thực, thẻ tạm trú, giấy miễn thị thực, thẻ miễn thị thực đặc biệt, thẻ ABTC), số, thời hạn, ngày cấp, cơ quan cấp.</w:t>
      </w:r>
    </w:p>
    <w:p>
      <w:r>
        <w:rPr>
          <w:b w:val="0"/>
          <w:i/>
          <w:sz w:val="18"/>
        </w:rPr>
        <w:t>(4) Ghi ngày, tháng, năm, cửa khẩu nhập cảnh lần gần nhất.</w:t>
      </w:r>
    </w:p>
    <w:sectPr w:rsidR="00FC693F" w:rsidRPr="0006063C" w:rsidSect="00034616">
      <w:pgSz w:w="16838" w:h="11906" w:orient="landscape"/>
      <w:pgMar w:top="850" w:right="1134" w:bottom="85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 w:before="0" w:line="252" w:lineRule="auto"/>
    </w:pPr>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