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NA16</w:t>
      </w:r>
    </w:p>
    <w:p>
      <w:pPr>
        <w:jc w:val="right"/>
      </w:pPr>
      <w:r>
        <w:rPr>
          <w:b w:val="0"/>
          <w:i/>
          <w:sz w:val="18"/>
        </w:rPr>
        <w:t>Kèm theo Thông tư số 70/2026/TT-BCA ngày 25 tháng 5 năm 2026</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......................(1)</w:t>
            </w:r>
            <w:r>
              <w:br/>
            </w:r>
            <w:r>
              <w:rPr>
                <w:b w:val="0"/>
                <w:i w:val="0"/>
                <w:sz w:val="22"/>
              </w:rPr>
              <w:t>Trụ sở tại: ..........</w:t>
            </w:r>
            <w:r>
              <w:br/>
            </w:r>
            <w:r>
              <w:rPr>
                <w:b w:val="0"/>
                <w:i w:val="0"/>
                <w:sz w:val="22"/>
              </w:rPr>
              <w:t>Điện thoại: ..........</w:t>
            </w:r>
            <w:r>
              <w:br/>
            </w:r>
            <w:r>
              <w:rPr>
                <w:b w:val="0"/>
                <w:i w:val="0"/>
                <w:sz w:val="22"/>
              </w:rPr>
              <w:t>Số: ..........</w:t>
            </w:r>
            <w:r>
              <w:br/>
            </w:r>
            <w:r>
              <w:rPr>
                <w:b w:val="0"/>
                <w:i w:val="0"/>
                <w:sz w:val="22"/>
              </w:rPr>
              <w:t>V/v giới thiệu con dấu, chữ ký</w:t>
            </w:r>
          </w:p>
        </w:tc>
        <w:tc>
          <w:tcPr>
            <w:tcW w:type="dxa" w:w="4819"/>
          </w:tcPr>
          <w:p>
            <w:pPr>
              <w:jc w:val="center"/>
            </w:pPr>
            <w:r/>
            <w:r>
              <w:rPr>
                <w:b w:val="0"/>
                <w:i/>
                <w:sz w:val="22"/>
              </w:rPr>
              <w:t>............., ngày ..... tháng ..... năm ......</w:t>
            </w:r>
          </w:p>
        </w:tc>
      </w:tr>
    </w:tbl>
    <w:p>
      <w:pPr>
        <w:spacing w:before="120" w:after="120"/>
        <w:jc w:val="center"/>
      </w:pPr>
      <w:r>
        <w:rPr>
          <w:b/>
          <w:i w:val="0"/>
        </w:rPr>
        <w:t>Kính gửi: ..........................................(2)</w:t>
      </w:r>
    </w:p>
    <w:p>
      <w:r>
        <w:rPr>
          <w:b w:val="0"/>
          <w:i w:val="0"/>
        </w:rPr>
        <w:t>..........(3).......... được thành lập theo ..........(4).......... cấp ngày ..../..../........</w:t>
      </w:r>
      <w:r>
        <w:br/>
      </w:r>
      <w:r>
        <w:rPr>
          <w:b w:val="0"/>
          <w:i w:val="0"/>
        </w:rPr>
        <w:t>Xin giới thiệu con dấu của ..........(5).......... và chữ ký của người có thẩm quyền để làm các thủ tục liên quan đến việc bảo lãnh cho người nước ngoài nhập cảnh, xuất cảnh, cư trú tại quý cơ quan, cụ thể:</w:t>
      </w:r>
    </w:p>
    <w:p>
      <w:r>
        <w:rPr>
          <w:b/>
          <w:i w:val="0"/>
        </w:rPr>
        <w:t>1. Mẫu con dấu:</w:t>
      </w:r>
    </w:p>
    <w:tbl>
      <w:tblPr>
        <w:tblStyle w:val="TableGrid"/>
        <w:tblW w:type="auto" w:w="0"/>
        <w:tblLook w:firstColumn="1" w:firstRow="1" w:lastColumn="0" w:lastRow="0" w:noHBand="0" w:noVBand="1" w:val="04A0"/>
      </w:tblPr>
      <w:tblGrid>
        <w:gridCol w:w="4819"/>
        <w:gridCol w:w="4819"/>
      </w:tblGrid>
      <w:tr>
        <w:tc>
          <w:tcPr>
            <w:tcW w:type="dxa" w:w="4819"/>
          </w:tcPr>
          <w:p>
            <w:pPr>
              <w:jc w:val="center"/>
            </w:pPr>
            <w:r/>
            <w:r>
              <w:rPr>
                <w:b w:val="0"/>
                <w:i/>
                <w:sz w:val="18"/>
              </w:rPr>
            </w:r>
            <w:r>
              <w:br/>
            </w:r>
            <w:r>
              <w:rPr>
                <w:b w:val="0"/>
                <w:i/>
                <w:sz w:val="18"/>
              </w:rPr>
              <w:t>(đóng dấu mẫu vào ô)</w:t>
            </w:r>
            <w:r>
              <w:br/>
            </w:r>
            <w:r>
              <w:rPr>
                <w:b w:val="0"/>
                <w:i/>
                <w:sz w:val="18"/>
              </w:rPr>
            </w:r>
            <w:r>
              <w:br/>
            </w:r>
            <w:r>
              <w:rPr>
                <w:b w:val="0"/>
                <w:i/>
                <w:sz w:val="18"/>
              </w:rPr>
            </w:r>
          </w:p>
        </w:tc>
        <w:tc>
          <w:tcPr>
            <w:tcW w:type="dxa" w:w="4819"/>
          </w:tcPr>
          <w:p>
            <w:pPr>
              <w:jc w:val="center"/>
            </w:pPr>
            <w:r/>
            <w:r>
              <w:rPr>
                <w:b w:val="0"/>
                <w:i/>
                <w:sz w:val="18"/>
              </w:rPr>
            </w:r>
            <w:r>
              <w:br/>
            </w:r>
            <w:r>
              <w:rPr>
                <w:b w:val="0"/>
                <w:i/>
                <w:sz w:val="18"/>
              </w:rPr>
              <w:t>(đóng dấu mẫu vào ô)</w:t>
            </w:r>
            <w:r>
              <w:br/>
            </w:r>
            <w:r>
              <w:rPr>
                <w:b w:val="0"/>
                <w:i/>
                <w:sz w:val="18"/>
              </w:rPr>
            </w:r>
            <w:r>
              <w:br/>
            </w:r>
            <w:r>
              <w:rPr>
                <w:b w:val="0"/>
                <w:i/>
                <w:sz w:val="18"/>
              </w:rPr>
            </w:r>
          </w:p>
        </w:tc>
      </w:tr>
    </w:tbl>
    <w:p>
      <w:r>
        <w:rPr>
          <w:b w:val="0"/>
          <w:i w:val="0"/>
        </w:rPr>
        <w:t>2. Người đại diện theo pháp luật: Ông (bà):</w:t>
      </w:r>
      <w:r>
        <w:rPr>
          <w:b w:val="0"/>
          <w:i w:val="0"/>
        </w:rPr>
        <w:t xml:space="preserve"> ............................................................</w:t>
      </w:r>
    </w:p>
    <w:p>
      <w:r>
        <w:rPr>
          <w:b w:val="0"/>
          <w:i w:val="0"/>
        </w:rPr>
        <w:t>- Quốc tịch; Căn cước công dân/Căn cước/Hộ chiếu số:</w:t>
      </w:r>
      <w:r>
        <w:rPr>
          <w:b w:val="0"/>
          <w:i w:val="0"/>
        </w:rPr>
        <w:t xml:space="preserve"> ............................................................</w:t>
      </w:r>
    </w:p>
    <w:p>
      <w:r>
        <w:rPr>
          <w:b w:val="0"/>
          <w:i w:val="0"/>
        </w:rPr>
        <w:t>- Địa chỉ thường trú/tạm trú:</w:t>
      </w:r>
      <w:r>
        <w:rPr>
          <w:b w:val="0"/>
          <w:i w:val="0"/>
        </w:rPr>
        <w:t xml:space="preserve"> ............................................................</w:t>
      </w:r>
    </w:p>
    <w:p>
      <w:r>
        <w:rPr>
          <w:b/>
          <w:i w:val="0"/>
        </w:rPr>
        <w:t>- Mẫu chữ ký:</w:t>
      </w:r>
    </w:p>
    <w:tbl>
      <w:tblPr>
        <w:tblStyle w:val="TableGrid"/>
        <w:tblW w:type="auto" w:w="0"/>
        <w:tblLook w:firstColumn="1" w:firstRow="1" w:lastColumn="0" w:lastRow="0" w:noHBand="0" w:noVBand="1" w:val="04A0"/>
      </w:tblPr>
      <w:tblGrid>
        <w:gridCol w:w="4819"/>
        <w:gridCol w:w="4819"/>
      </w:tblGrid>
      <w:tr>
        <w:tc>
          <w:tcPr>
            <w:tcW w:type="dxa" w:w="4819"/>
          </w:tcPr>
          <w:p>
            <w:pPr>
              <w:jc w:val="center"/>
            </w:pPr>
            <w:r/>
            <w:r>
              <w:rPr>
                <w:b w:val="0"/>
                <w:i/>
                <w:sz w:val="18"/>
              </w:rPr>
            </w:r>
            <w:r>
              <w:br/>
            </w:r>
            <w:r>
              <w:rPr>
                <w:b w:val="0"/>
                <w:i/>
                <w:sz w:val="18"/>
              </w:rPr>
              <w:t>(ký mẫu 2 lần vào ô)</w:t>
            </w:r>
            <w:r>
              <w:br/>
            </w:r>
            <w:r>
              <w:rPr>
                <w:b w:val="0"/>
                <w:i/>
                <w:sz w:val="18"/>
              </w:rPr>
            </w:r>
            <w:r>
              <w:br/>
            </w:r>
            <w:r>
              <w:rPr>
                <w:b w:val="0"/>
                <w:i/>
                <w:sz w:val="18"/>
              </w:rPr>
            </w:r>
          </w:p>
        </w:tc>
        <w:tc>
          <w:tcPr>
            <w:tcW w:type="dxa" w:w="4819"/>
          </w:tcPr>
          <w:p>
            <w:pPr>
              <w:jc w:val="center"/>
            </w:pPr>
            <w:r/>
            <w:r>
              <w:rPr>
                <w:b w:val="0"/>
                <w:i/>
                <w:sz w:val="18"/>
              </w:rPr>
            </w:r>
            <w:r>
              <w:br/>
            </w:r>
            <w:r>
              <w:rPr>
                <w:b w:val="0"/>
                <w:i/>
                <w:sz w:val="18"/>
              </w:rPr>
              <w:t>(ký mẫu 2 lần vào ô)</w:t>
            </w:r>
            <w:r>
              <w:br/>
            </w:r>
            <w:r>
              <w:rPr>
                <w:b w:val="0"/>
                <w:i/>
                <w:sz w:val="18"/>
              </w:rPr>
            </w:r>
            <w:r>
              <w:br/>
            </w:r>
            <w:r>
              <w:rPr>
                <w:b w:val="0"/>
                <w:i/>
                <w:sz w:val="18"/>
              </w:rPr>
            </w:r>
          </w:p>
        </w:tc>
      </w:tr>
    </w:tbl>
    <w:p>
      <w:r>
        <w:rPr>
          <w:b w:val="0"/>
          <w:i w:val="0"/>
        </w:rPr>
        <w:t>Xin giới thiệu để quý cơ quan phối hợp công tác./.</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r>
          </w:p>
        </w:tc>
        <w:tc>
          <w:tcPr>
            <w:tcW w:type="dxa" w:w="4819"/>
          </w:tcPr>
          <w:p>
            <w:pPr>
              <w:jc w:val="center"/>
            </w:pPr>
            <w:r/>
            <w:r>
              <w:rPr>
                <w:b/>
                <w:i w:val="0"/>
                <w:sz w:val="22"/>
              </w:rPr>
              <w:t>Thủ trưởng cơ quan/tổ chức</w:t>
            </w:r>
            <w:r>
              <w:br/>
            </w:r>
            <w:r>
              <w:rPr>
                <w:b w:val="0"/>
                <w:i w:val="0"/>
                <w:sz w:val="22"/>
              </w:rPr>
              <w:t>(Ký, ghi rõ họ tên, chức vụ, đóng dấu)</w:t>
            </w:r>
          </w:p>
        </w:tc>
      </w:tr>
    </w:tbl>
    <w:p>
      <w:r>
        <w:rPr>
          <w:b w:val="0"/>
          <w:i w:val="0"/>
        </w:rPr>
      </w:r>
      <w:r>
        <w:br/>
      </w:r>
      <w:r>
        <w:rPr>
          <w:b w:val="0"/>
          <w:i w:val="0"/>
        </w:rPr>
      </w:r>
      <w:r>
        <w:br/>
      </w:r>
      <w:r>
        <w:rPr>
          <w:b w:val="0"/>
          <w:i w:val="0"/>
        </w:rPr>
      </w:r>
    </w:p>
    <w:p>
      <w:r>
        <w:rPr>
          <w:b/>
          <w:i/>
          <w:sz w:val="20"/>
        </w:rPr>
        <w:t>Ghi chú/Notes:</w:t>
      </w:r>
    </w:p>
    <w:p>
      <w:r>
        <w:rPr>
          <w:b w:val="0"/>
          <w:i/>
          <w:sz w:val="18"/>
        </w:rPr>
        <w:t>(1) (3) (5) Tên cơ quan/tổ chức.</w:t>
      </w:r>
    </w:p>
    <w:p>
      <w:r>
        <w:rPr>
          <w:b w:val="0"/>
          <w:i/>
          <w:sz w:val="18"/>
        </w:rPr>
        <w:t>(2) Cục Quản lý xuất nhập cảnh hoặc Phòng Quản lý xuất nhập cảnh - Công an tỉnh, thành phố.</w:t>
      </w:r>
    </w:p>
    <w:p>
      <w:r>
        <w:rPr>
          <w:b w:val="0"/>
          <w:i/>
          <w:sz w:val="18"/>
        </w:rPr>
        <w:t>(4) Ghi rõ giấy phép hoặc quyết định của cơ quan có thẩm quyền về việc thành lập tổ chức và kèm theo bản sao có chứng thực.</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