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NA1</w:t>
      </w:r>
    </w:p>
    <w:p>
      <w:pPr>
        <w:jc w:val="right"/>
      </w:pPr>
      <w:r>
        <w:rPr>
          <w:b w:val="0"/>
          <w:i/>
          <w:sz w:val="18"/>
        </w:rPr>
        <w:t>Kèm theo Thông tư số 70/2026/TT-BCA ngày 25 tháng 5 năm 2026</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483"/>
        <w:gridCol w:w="2041"/>
      </w:tblGrid>
      <w:tr>
        <w:trPr>
          <w:trHeight w:val="2268"/>
        </w:trPr>
        <w:tc>
          <w:tcPr>
            <w:tcW w:type="dxa" w:w="7483"/>
          </w:tcPr>
          <w:p>
            <w:r/>
          </w:p>
          <w:p>
            <w:pPr>
              <w:spacing w:before="120"/>
              <w:jc w:val="center"/>
            </w:pPr>
            <w:r>
              <w:rPr>
                <w:b/>
                <w:i w:val="0"/>
                <w:sz w:val="26"/>
              </w:rPr>
              <w:t>TỜ KHAI ĐỀ NGHỊ CẤP THỊ THỰC VIỆT NAM (1)</w:t>
            </w:r>
          </w:p>
          <w:p>
            <w:pPr>
              <w:jc w:val="center"/>
            </w:pPr>
            <w:r>
              <w:rPr>
                <w:b/>
                <w:i/>
                <w:sz w:val="22"/>
              </w:rPr>
              <w:t>VIETNAMESE VISA APPLICATION FORM</w:t>
            </w:r>
          </w:p>
          <w:p>
            <w:pPr>
              <w:jc w:val="center"/>
            </w:pPr>
            <w:r>
              <w:rPr>
                <w:b w:val="0"/>
                <w:i/>
                <w:sz w:val="20"/>
              </w:rPr>
              <w:t>(Dùng cho người nước ngoài – For foreigners)</w:t>
            </w:r>
          </w:p>
        </w:tc>
        <w:tc>
          <w:tcPr>
            <w:tcW w:type="dxa" w:w="2041"/>
            <w:tcBorders>
              <w:top w:val="single" w:sz="6"/>
              <w:left w:val="single" w:sz="6"/>
              <w:bottom w:val="single" w:sz="6"/>
              <w:right w:val="single" w:sz="6"/>
            </w:tcBorders>
          </w:tcPr>
          <w:p>
            <w:pPr>
              <w:jc w:val="center"/>
            </w:pPr>
            <w:r/>
            <w:r>
              <w:rPr>
                <w:b w:val="0"/>
                <w:i/>
                <w:sz w:val="16"/>
              </w:rPr>
            </w:r>
            <w:r>
              <w:br/>
            </w:r>
            <w:r>
              <w:rPr>
                <w:b w:val="0"/>
                <w:i/>
                <w:sz w:val="16"/>
              </w:rPr>
            </w:r>
            <w:r>
              <w:br/>
            </w:r>
            <w:r>
              <w:rPr>
                <w:b w:val="0"/>
                <w:i/>
                <w:sz w:val="16"/>
              </w:rPr>
              <w:t>Ảnh - photo 4x6 cm (2)</w:t>
            </w:r>
          </w:p>
        </w:tc>
      </w:tr>
    </w:tbl>
    <w:p>
      <w:r>
        <w:rPr>
          <w:b w:val="0"/>
          <w:i w:val="0"/>
        </w:rPr>
        <w:t>1. Họ tên (chữ in hoa):</w:t>
      </w:r>
      <w:r>
        <w:rPr>
          <w:b w:val="0"/>
          <w:i w:val="0"/>
        </w:rPr>
        <w:t xml:space="preserve"> ............................................................</w:t>
      </w:r>
    </w:p>
    <w:p>
      <w:pPr>
        <w:spacing w:after="20"/>
        <w:ind w:left="340"/>
      </w:pPr>
      <w:r>
        <w:rPr>
          <w:b w:val="0"/>
          <w:i/>
          <w:color w:val="444444"/>
          <w:sz w:val="18"/>
        </w:rPr>
        <w:t>Full name (in capital letters)</w:t>
      </w:r>
    </w:p>
    <w:p>
      <w:r>
        <w:rPr>
          <w:b w:val="0"/>
          <w:i w:val="0"/>
        </w:rPr>
        <w:t>2. Giới tính: ☐ Nam ☐ Nữ:</w:t>
      </w:r>
      <w:r>
        <w:rPr>
          <w:b w:val="0"/>
          <w:i w:val="0"/>
        </w:rPr>
        <w:t xml:space="preserve"> ............................................................</w:t>
      </w:r>
    </w:p>
    <w:p>
      <w:pPr>
        <w:spacing w:after="20"/>
        <w:ind w:left="340"/>
      </w:pPr>
      <w:r>
        <w:rPr>
          <w:b w:val="0"/>
          <w:i/>
          <w:color w:val="444444"/>
          <w:sz w:val="18"/>
        </w:rPr>
        <w:t>Sex: Male / Female</w:t>
      </w:r>
    </w:p>
    <w:p>
      <w:r>
        <w:rPr>
          <w:b w:val="0"/>
          <w:i w:val="0"/>
        </w:rPr>
        <w:t>3. Sinh ngày ... tháng ... năm ...:</w:t>
      </w:r>
      <w:r>
        <w:rPr>
          <w:b w:val="0"/>
          <w:i w:val="0"/>
        </w:rPr>
        <w:t xml:space="preserve"> ............................................................</w:t>
      </w:r>
    </w:p>
    <w:p>
      <w:pPr>
        <w:spacing w:after="20"/>
        <w:ind w:left="340"/>
      </w:pPr>
      <w:r>
        <w:rPr>
          <w:b w:val="0"/>
          <w:i/>
          <w:color w:val="444444"/>
          <w:sz w:val="18"/>
        </w:rPr>
        <w:t>Date of birth (Day, Month, Year)</w:t>
      </w:r>
    </w:p>
    <w:p>
      <w:r>
        <w:rPr>
          <w:b w:val="0"/>
          <w:i w:val="0"/>
        </w:rPr>
        <w:t>4. Nơi sinh:</w:t>
      </w:r>
      <w:r>
        <w:rPr>
          <w:b w:val="0"/>
          <w:i w:val="0"/>
        </w:rPr>
        <w:t xml:space="preserve"> ............................................................</w:t>
      </w:r>
    </w:p>
    <w:p>
      <w:pPr>
        <w:spacing w:after="20"/>
        <w:ind w:left="340"/>
      </w:pPr>
      <w:r>
        <w:rPr>
          <w:b w:val="0"/>
          <w:i/>
          <w:color w:val="444444"/>
          <w:sz w:val="18"/>
        </w:rPr>
        <w:t>Place of birth</w:t>
      </w:r>
    </w:p>
    <w:p>
      <w:r>
        <w:rPr>
          <w:b w:val="0"/>
          <w:i w:val="0"/>
        </w:rPr>
        <w:t>5. Quốc tịch gốc:</w:t>
      </w:r>
      <w:r>
        <w:rPr>
          <w:b w:val="0"/>
          <w:i w:val="0"/>
        </w:rPr>
        <w:t xml:space="preserve"> ............................................................</w:t>
      </w:r>
    </w:p>
    <w:p>
      <w:pPr>
        <w:spacing w:after="20"/>
        <w:ind w:left="340"/>
      </w:pPr>
      <w:r>
        <w:rPr>
          <w:b w:val="0"/>
          <w:i/>
          <w:color w:val="444444"/>
          <w:sz w:val="18"/>
        </w:rPr>
        <w:t>Nationality at birth</w:t>
      </w:r>
    </w:p>
    <w:p>
      <w:r>
        <w:rPr>
          <w:b w:val="0"/>
          <w:i w:val="0"/>
        </w:rPr>
        <w:t>6. Quốc tịch hiện nay (3):</w:t>
      </w:r>
      <w:r>
        <w:rPr>
          <w:b w:val="0"/>
          <w:i w:val="0"/>
        </w:rPr>
        <w:t xml:space="preserve"> ............................................................</w:t>
      </w:r>
    </w:p>
    <w:p>
      <w:pPr>
        <w:spacing w:after="20"/>
        <w:ind w:left="340"/>
      </w:pPr>
      <w:r>
        <w:rPr>
          <w:b w:val="0"/>
          <w:i/>
          <w:color w:val="444444"/>
          <w:sz w:val="18"/>
        </w:rPr>
        <w:t>Current nationality</w:t>
      </w:r>
    </w:p>
    <w:p>
      <w:r>
        <w:rPr>
          <w:b w:val="0"/>
          <w:i w:val="0"/>
        </w:rPr>
        <w:t>7. Tôn giáo:</w:t>
      </w:r>
      <w:r>
        <w:rPr>
          <w:b w:val="0"/>
          <w:i w:val="0"/>
        </w:rPr>
        <w:t xml:space="preserve"> ............................................................</w:t>
      </w:r>
    </w:p>
    <w:p>
      <w:pPr>
        <w:spacing w:after="20"/>
        <w:ind w:left="340"/>
      </w:pPr>
      <w:r>
        <w:rPr>
          <w:b w:val="0"/>
          <w:i/>
          <w:color w:val="444444"/>
          <w:sz w:val="18"/>
        </w:rPr>
        <w:t>Religion</w:t>
      </w:r>
    </w:p>
    <w:p>
      <w:r>
        <w:rPr>
          <w:b w:val="0"/>
          <w:i w:val="0"/>
        </w:rPr>
        <w:t>8. Nghề nghiệp:</w:t>
      </w:r>
      <w:r>
        <w:rPr>
          <w:b w:val="0"/>
          <w:i w:val="0"/>
        </w:rPr>
        <w:t xml:space="preserve"> ............................................................</w:t>
      </w:r>
    </w:p>
    <w:p>
      <w:pPr>
        <w:spacing w:after="20"/>
        <w:ind w:left="340"/>
      </w:pPr>
      <w:r>
        <w:rPr>
          <w:b w:val="0"/>
          <w:i/>
          <w:color w:val="444444"/>
          <w:sz w:val="18"/>
        </w:rPr>
        <w:t>Occupation</w:t>
      </w:r>
    </w:p>
    <w:p>
      <w:r>
        <w:rPr>
          <w:b w:val="0"/>
          <w:i w:val="0"/>
        </w:rPr>
        <w:t>9. Nơi làm việc:</w:t>
      </w:r>
      <w:r>
        <w:rPr>
          <w:b w:val="0"/>
          <w:i w:val="0"/>
        </w:rPr>
        <w:t xml:space="preserve"> ............................................................</w:t>
      </w:r>
    </w:p>
    <w:p>
      <w:pPr>
        <w:spacing w:after="20"/>
        <w:ind w:left="340"/>
      </w:pPr>
      <w:r>
        <w:rPr>
          <w:b w:val="0"/>
          <w:i/>
          <w:color w:val="444444"/>
          <w:sz w:val="18"/>
        </w:rPr>
        <w:t>Employer and business address</w:t>
      </w:r>
    </w:p>
    <w:p>
      <w:r>
        <w:rPr>
          <w:b w:val="0"/>
          <w:i w:val="0"/>
        </w:rPr>
        <w:t>10. Địa chỉ thường trú:</w:t>
      </w:r>
      <w:r>
        <w:rPr>
          <w:b w:val="0"/>
          <w:i w:val="0"/>
        </w:rPr>
        <w:t xml:space="preserve"> ............................................................</w:t>
      </w:r>
    </w:p>
    <w:p>
      <w:pPr>
        <w:spacing w:after="20"/>
        <w:ind w:left="340"/>
      </w:pPr>
      <w:r>
        <w:rPr>
          <w:b w:val="0"/>
          <w:i/>
          <w:color w:val="444444"/>
          <w:sz w:val="18"/>
        </w:rPr>
        <w:t>Permanent residential address</w:t>
      </w:r>
    </w:p>
    <w:p>
      <w:r>
        <w:rPr>
          <w:b w:val="0"/>
          <w:i w:val="0"/>
        </w:rPr>
        <w:t>Số điện thoại/Email:</w:t>
      </w:r>
      <w:r>
        <w:rPr>
          <w:b w:val="0"/>
          <w:i w:val="0"/>
        </w:rPr>
        <w:t xml:space="preserve"> ............................................................</w:t>
      </w:r>
    </w:p>
    <w:p>
      <w:pPr>
        <w:spacing w:after="20"/>
        <w:ind w:left="340"/>
      </w:pPr>
      <w:r>
        <w:rPr>
          <w:b w:val="0"/>
          <w:i/>
          <w:color w:val="444444"/>
          <w:sz w:val="18"/>
        </w:rPr>
        <w:t>Telephone/Email</w:t>
      </w:r>
    </w:p>
    <w:p>
      <w:r>
        <w:rPr>
          <w:b w:val="0"/>
          <w:i w:val="0"/>
        </w:rPr>
        <w:t>11. Thân nhân / Family members:</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pPr>
              <w:jc w:val="center"/>
            </w:pPr>
            <w:r/>
            <w:r>
              <w:rPr>
                <w:b/>
                <w:i w:val="0"/>
                <w:sz w:val="18"/>
              </w:rPr>
              <w:t>Quan hệ (4)</w:t>
            </w:r>
            <w:r>
              <w:br/>
            </w:r>
            <w:r>
              <w:rPr>
                <w:b w:val="0"/>
                <w:i w:val="0"/>
                <w:sz w:val="18"/>
              </w:rPr>
              <w:t>Relationship</w:t>
            </w:r>
          </w:p>
        </w:tc>
        <w:tc>
          <w:tcPr>
            <w:tcW w:type="dxa" w:w="1606"/>
          </w:tcPr>
          <w:p>
            <w:pPr>
              <w:jc w:val="center"/>
            </w:pPr>
            <w:r/>
            <w:r>
              <w:rPr>
                <w:b/>
                <w:i w:val="0"/>
                <w:sz w:val="18"/>
              </w:rPr>
              <w:t>Họ tên (chữ in hoa)</w:t>
            </w:r>
            <w:r>
              <w:br/>
            </w:r>
            <w:r>
              <w:rPr>
                <w:b w:val="0"/>
                <w:i w:val="0"/>
                <w:sz w:val="18"/>
              </w:rPr>
              <w:t>Full name</w:t>
            </w:r>
          </w:p>
        </w:tc>
        <w:tc>
          <w:tcPr>
            <w:tcW w:type="dxa" w:w="1606"/>
          </w:tcPr>
          <w:p>
            <w:pPr>
              <w:jc w:val="center"/>
            </w:pPr>
            <w:r/>
            <w:r>
              <w:rPr>
                <w:b/>
                <w:i w:val="0"/>
                <w:sz w:val="18"/>
              </w:rPr>
              <w:t>Giới tính</w:t>
            </w:r>
            <w:r>
              <w:br/>
            </w:r>
            <w:r>
              <w:rPr>
                <w:b w:val="0"/>
                <w:i w:val="0"/>
                <w:sz w:val="18"/>
              </w:rPr>
              <w:t>Sex</w:t>
            </w:r>
          </w:p>
        </w:tc>
        <w:tc>
          <w:tcPr>
            <w:tcW w:type="dxa" w:w="1606"/>
          </w:tcPr>
          <w:p>
            <w:pPr>
              <w:jc w:val="center"/>
            </w:pPr>
            <w:r/>
            <w:r>
              <w:rPr>
                <w:b/>
                <w:i w:val="0"/>
                <w:sz w:val="18"/>
              </w:rPr>
              <w:t>Ngày tháng năm sinh</w:t>
            </w:r>
            <w:r>
              <w:br/>
            </w:r>
            <w:r>
              <w:rPr>
                <w:b w:val="0"/>
                <w:i w:val="0"/>
                <w:sz w:val="18"/>
              </w:rPr>
              <w:t>Date of birth</w:t>
            </w:r>
          </w:p>
        </w:tc>
        <w:tc>
          <w:tcPr>
            <w:tcW w:type="dxa" w:w="1606"/>
          </w:tcPr>
          <w:p>
            <w:pPr>
              <w:jc w:val="center"/>
            </w:pPr>
            <w:r/>
            <w:r>
              <w:rPr>
                <w:b/>
                <w:i w:val="0"/>
                <w:sz w:val="18"/>
              </w:rPr>
              <w:t>Quốc tịch</w:t>
            </w:r>
            <w:r>
              <w:br/>
            </w:r>
            <w:r>
              <w:rPr>
                <w:b w:val="0"/>
                <w:i w:val="0"/>
                <w:sz w:val="18"/>
              </w:rPr>
              <w:t>Nationality</w:t>
            </w:r>
          </w:p>
        </w:tc>
        <w:tc>
          <w:tcPr>
            <w:tcW w:type="dxa" w:w="1606"/>
          </w:tcPr>
          <w:p>
            <w:pPr>
              <w:jc w:val="center"/>
            </w:pPr>
            <w:r/>
            <w:r>
              <w:rPr>
                <w:b/>
                <w:i w:val="0"/>
                <w:sz w:val="18"/>
              </w:rPr>
              <w:t>Địa chỉ thường trú</w:t>
            </w:r>
            <w:r>
              <w:br/>
            </w:r>
            <w:r>
              <w:rPr>
                <w:b w:val="0"/>
                <w:i w:val="0"/>
                <w:sz w:val="18"/>
              </w:rPr>
              <w:t>Permanent residential address</w:t>
            </w:r>
          </w:p>
        </w:tc>
      </w:tr>
      <w:tr>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r>
      <w:tr>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r>
      <w:tr>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r>
      <w:tr>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r>
      <w:tr>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r>
      <w:tr>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c>
          <w:tcPr>
            <w:tcW w:type="dxa" w:w="1606"/>
          </w:tcPr>
          <w:p>
            <w:pPr>
              <w:jc w:val="center"/>
            </w:pPr>
            <w:r/>
            <w:r>
              <w:rPr>
                <w:b w:val="0"/>
                <w:i w:val="0"/>
                <w:color w:val="0B4FC4"/>
                <w:sz w:val="18"/>
              </w:rPr>
              <w:t xml:space="preserve"> </w:t>
            </w:r>
          </w:p>
        </w:tc>
      </w:tr>
    </w:tbl>
    <w:p/>
    <w:p>
      <w:r>
        <w:rPr>
          <w:b w:val="0"/>
          <w:i w:val="0"/>
        </w:rPr>
        <w:t>12. Hộ chiếu/giấy tờ có giá trị đi lại quốc tế số ... loại (5):</w:t>
      </w:r>
      <w:r>
        <w:rPr>
          <w:b w:val="0"/>
          <w:i w:val="0"/>
        </w:rPr>
        <w:t xml:space="preserve"> ............................................................</w:t>
      </w:r>
    </w:p>
    <w:p>
      <w:pPr>
        <w:spacing w:after="20"/>
        <w:ind w:left="340"/>
      </w:pPr>
      <w:r>
        <w:rPr>
          <w:b w:val="0"/>
          <w:i/>
          <w:color w:val="444444"/>
          <w:sz w:val="18"/>
        </w:rPr>
        <w:t>Passport or International Travel Document Number ... Type</w:t>
      </w:r>
    </w:p>
    <w:p>
      <w:r>
        <w:rPr>
          <w:b w:val="0"/>
          <w:i w:val="0"/>
        </w:rPr>
        <w:t>Cơ quan cấp ... có giá trị đến ngày:</w:t>
      </w:r>
      <w:r>
        <w:rPr>
          <w:b w:val="0"/>
          <w:i w:val="0"/>
        </w:rPr>
        <w:t xml:space="preserve"> ............................................................</w:t>
      </w:r>
    </w:p>
    <w:p>
      <w:pPr>
        <w:spacing w:after="20"/>
        <w:ind w:left="340"/>
      </w:pPr>
      <w:r>
        <w:rPr>
          <w:b w:val="0"/>
          <w:i/>
          <w:color w:val="444444"/>
          <w:sz w:val="18"/>
        </w:rPr>
        <w:t>Issuing authority ... Expiry date</w:t>
      </w:r>
    </w:p>
    <w:p>
      <w:r>
        <w:rPr>
          <w:b w:val="0"/>
          <w:i w:val="0"/>
        </w:rPr>
        <w:t>13. Ngày nhập cảnh Việt Nam gần nhất (nếu có):</w:t>
      </w:r>
      <w:r>
        <w:rPr>
          <w:b w:val="0"/>
          <w:i w:val="0"/>
        </w:rPr>
        <w:t xml:space="preserve"> ............................................................</w:t>
      </w:r>
    </w:p>
    <w:p>
      <w:pPr>
        <w:spacing w:after="20"/>
        <w:ind w:left="340"/>
      </w:pPr>
      <w:r>
        <w:rPr>
          <w:b w:val="0"/>
          <w:i/>
          <w:color w:val="444444"/>
          <w:sz w:val="18"/>
        </w:rPr>
        <w:t>Date of the previous entry into Viet Nam (if any)</w:t>
      </w:r>
    </w:p>
    <w:p>
      <w:r>
        <w:rPr>
          <w:b w:val="0"/>
          <w:i w:val="0"/>
        </w:rPr>
        <w:t>14. Dự kiến nhập cảnh Việt Nam ngày ...; tạm trú ở Việt Nam ... ngày:</w:t>
      </w:r>
      <w:r>
        <w:rPr>
          <w:b w:val="0"/>
          <w:i w:val="0"/>
        </w:rPr>
        <w:t xml:space="preserve"> ............................................................</w:t>
      </w:r>
    </w:p>
    <w:p>
      <w:pPr>
        <w:spacing w:after="20"/>
        <w:ind w:left="340"/>
      </w:pPr>
      <w:r>
        <w:rPr>
          <w:b w:val="0"/>
          <w:i/>
          <w:color w:val="444444"/>
          <w:sz w:val="18"/>
        </w:rPr>
        <w:t>Intended date of entry; Intended length of stay in Viet Nam ... days</w:t>
      </w:r>
    </w:p>
    <w:p>
      <w:r>
        <w:rPr>
          <w:b w:val="0"/>
          <w:i w:val="0"/>
        </w:rPr>
        <w:t>15. Mục đích nhập cảnh:</w:t>
      </w:r>
      <w:r>
        <w:rPr>
          <w:b w:val="0"/>
          <w:i w:val="0"/>
        </w:rPr>
        <w:t xml:space="preserve"> ............................................................</w:t>
      </w:r>
    </w:p>
    <w:p>
      <w:pPr>
        <w:spacing w:after="20"/>
        <w:ind w:left="340"/>
      </w:pPr>
      <w:r>
        <w:rPr>
          <w:b w:val="0"/>
          <w:i/>
          <w:color w:val="444444"/>
          <w:sz w:val="18"/>
        </w:rPr>
        <w:t>Purpose of entry</w:t>
      </w:r>
    </w:p>
    <w:p>
      <w:r>
        <w:rPr>
          <w:b w:val="0"/>
          <w:i w:val="0"/>
        </w:rPr>
        <w:t>16. Dự kiến địa chỉ tạm trú ở Việt Nam:</w:t>
      </w:r>
      <w:r>
        <w:rPr>
          <w:b w:val="0"/>
          <w:i w:val="0"/>
        </w:rPr>
        <w:t xml:space="preserve"> ............................................................</w:t>
      </w:r>
    </w:p>
    <w:p>
      <w:pPr>
        <w:spacing w:after="20"/>
        <w:ind w:left="340"/>
      </w:pPr>
      <w:r>
        <w:rPr>
          <w:b w:val="0"/>
          <w:i/>
          <w:color w:val="444444"/>
          <w:sz w:val="18"/>
        </w:rPr>
        <w:t>Intended temporary residential address in Viet Nam</w:t>
      </w:r>
    </w:p>
    <w:p>
      <w:r>
        <w:rPr>
          <w:b w:val="0"/>
          <w:i w:val="0"/>
        </w:rPr>
        <w:t>17. Cơ quan, tổ chức hoặc cá nhân tại Việt Nam mời, bảo lãnh / Hosting organisation/individual in Viet Nam</w:t>
      </w:r>
    </w:p>
    <w:p>
      <w:r>
        <w:rPr>
          <w:b w:val="0"/>
          <w:i w:val="0"/>
        </w:rPr>
        <w:t>Cơ quan, tổ chức:</w:t>
      </w:r>
      <w:r>
        <w:rPr>
          <w:b w:val="0"/>
          <w:i w:val="0"/>
        </w:rPr>
        <w:t xml:space="preserve"> ............................................................</w:t>
      </w:r>
    </w:p>
    <w:p>
      <w:pPr>
        <w:spacing w:after="20"/>
        <w:ind w:left="340"/>
      </w:pPr>
      <w:r>
        <w:rPr>
          <w:b w:val="0"/>
          <w:i/>
          <w:color w:val="444444"/>
          <w:sz w:val="18"/>
        </w:rPr>
        <w:t>Name of hosting organisation</w:t>
      </w:r>
    </w:p>
    <w:p>
      <w:r>
        <w:rPr>
          <w:b w:val="0"/>
          <w:i w:val="0"/>
        </w:rPr>
        <w:t>Địa chỉ:</w:t>
      </w:r>
      <w:r>
        <w:rPr>
          <w:b w:val="0"/>
          <w:i w:val="0"/>
        </w:rPr>
        <w:t xml:space="preserve"> ............................................................</w:t>
      </w:r>
    </w:p>
    <w:p>
      <w:pPr>
        <w:spacing w:after="20"/>
        <w:ind w:left="340"/>
      </w:pPr>
      <w:r>
        <w:rPr>
          <w:b w:val="0"/>
          <w:i/>
          <w:color w:val="444444"/>
          <w:sz w:val="18"/>
        </w:rPr>
        <w:t>Address</w:t>
      </w:r>
    </w:p>
    <w:p>
      <w:r>
        <w:rPr>
          <w:b w:val="0"/>
          <w:i w:val="0"/>
        </w:rPr>
        <w:t>Cá nhân (họ tên):</w:t>
      </w:r>
      <w:r>
        <w:rPr>
          <w:b w:val="0"/>
          <w:i w:val="0"/>
        </w:rPr>
        <w:t xml:space="preserve"> ............................................................</w:t>
      </w:r>
    </w:p>
    <w:p>
      <w:pPr>
        <w:spacing w:after="20"/>
        <w:ind w:left="340"/>
      </w:pPr>
      <w:r>
        <w:rPr>
          <w:b w:val="0"/>
          <w:i/>
          <w:color w:val="444444"/>
          <w:sz w:val="18"/>
        </w:rPr>
        <w:t>Hosting individual (full name)</w:t>
      </w:r>
    </w:p>
    <w:p>
      <w:r>
        <w:rPr>
          <w:b w:val="0"/>
          <w:i w:val="0"/>
        </w:rPr>
        <w:t>Địa chỉ:</w:t>
      </w:r>
      <w:r>
        <w:rPr>
          <w:b w:val="0"/>
          <w:i w:val="0"/>
        </w:rPr>
        <w:t xml:space="preserve"> ............................................................</w:t>
      </w:r>
    </w:p>
    <w:p>
      <w:pPr>
        <w:spacing w:after="20"/>
        <w:ind w:left="340"/>
      </w:pPr>
      <w:r>
        <w:rPr>
          <w:b w:val="0"/>
          <w:i/>
          <w:color w:val="444444"/>
          <w:sz w:val="18"/>
        </w:rPr>
        <w:t>Address</w:t>
      </w:r>
    </w:p>
    <w:p>
      <w:r>
        <w:rPr>
          <w:b w:val="0"/>
          <w:i w:val="0"/>
        </w:rPr>
        <w:t>Quan hệ với bản thân:</w:t>
      </w:r>
      <w:r>
        <w:rPr>
          <w:b w:val="0"/>
          <w:i w:val="0"/>
        </w:rPr>
        <w:t xml:space="preserve"> ............................................................</w:t>
      </w:r>
    </w:p>
    <w:p>
      <w:pPr>
        <w:spacing w:after="20"/>
        <w:ind w:left="340"/>
      </w:pPr>
      <w:r>
        <w:rPr>
          <w:b w:val="0"/>
          <w:i/>
          <w:color w:val="444444"/>
          <w:sz w:val="18"/>
        </w:rPr>
        <w:t>Relationship to the applicant</w:t>
      </w:r>
    </w:p>
    <w:p>
      <w:r>
        <w:rPr>
          <w:b w:val="0"/>
          <w:i w:val="0"/>
        </w:rPr>
        <w:t>18. Trẻ em dưới 14 tuổi đi cùng hộ chiếu (nếu có) / Accompanying child(ren) under 14 years old included in your passport (if any) – kèm ảnh 4x6 cm của trẻ (2)</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pPr>
              <w:jc w:val="center"/>
            </w:pPr>
            <w:r/>
            <w:r>
              <w:rPr>
                <w:b/>
                <w:i w:val="0"/>
                <w:sz w:val="18"/>
              </w:rPr>
              <w:t>Số TT</w:t>
            </w:r>
            <w:r>
              <w:br/>
            </w:r>
            <w:r>
              <w:rPr>
                <w:b w:val="0"/>
                <w:i w:val="0"/>
                <w:sz w:val="18"/>
              </w:rPr>
              <w:t>No</w:t>
            </w:r>
          </w:p>
        </w:tc>
        <w:tc>
          <w:tcPr>
            <w:tcW w:type="dxa" w:w="2409"/>
          </w:tcPr>
          <w:p>
            <w:pPr>
              <w:jc w:val="center"/>
            </w:pPr>
            <w:r/>
            <w:r>
              <w:rPr>
                <w:b/>
                <w:i w:val="0"/>
                <w:sz w:val="18"/>
              </w:rPr>
              <w:t>Họ tên (chữ in hoa)</w:t>
            </w:r>
            <w:r>
              <w:br/>
            </w:r>
            <w:r>
              <w:rPr>
                <w:b w:val="0"/>
                <w:i w:val="0"/>
                <w:sz w:val="18"/>
              </w:rPr>
              <w:t>Full name</w:t>
            </w:r>
          </w:p>
        </w:tc>
        <w:tc>
          <w:tcPr>
            <w:tcW w:type="dxa" w:w="2409"/>
          </w:tcPr>
          <w:p>
            <w:pPr>
              <w:jc w:val="center"/>
            </w:pPr>
            <w:r/>
            <w:r>
              <w:rPr>
                <w:b/>
                <w:i w:val="0"/>
                <w:sz w:val="18"/>
              </w:rPr>
              <w:t>Giới tính</w:t>
            </w:r>
            <w:r>
              <w:br/>
            </w:r>
            <w:r>
              <w:rPr>
                <w:b w:val="0"/>
                <w:i w:val="0"/>
                <w:sz w:val="18"/>
              </w:rPr>
              <w:t>Sex</w:t>
            </w:r>
          </w:p>
        </w:tc>
        <w:tc>
          <w:tcPr>
            <w:tcW w:type="dxa" w:w="2409"/>
          </w:tcPr>
          <w:p>
            <w:pPr>
              <w:jc w:val="center"/>
            </w:pPr>
            <w:r/>
            <w:r>
              <w:rPr>
                <w:b/>
                <w:i w:val="0"/>
                <w:sz w:val="18"/>
              </w:rPr>
              <w:t>Ngày tháng năm sinh</w:t>
            </w:r>
            <w:r>
              <w:br/>
            </w:r>
            <w:r>
              <w:rPr>
                <w:b w:val="0"/>
                <w:i w:val="0"/>
                <w:sz w:val="18"/>
              </w:rPr>
              <w:t>Date of birth</w:t>
            </w:r>
          </w:p>
        </w:tc>
      </w:tr>
      <w:tr>
        <w:tc>
          <w:tcPr>
            <w:tcW w:type="dxa" w:w="2409"/>
          </w:tcPr>
          <w:p>
            <w:pPr>
              <w:jc w:val="center"/>
            </w:pPr>
            <w:r/>
            <w:r>
              <w:rPr>
                <w:b w:val="0"/>
                <w:i w:val="0"/>
                <w:color w:val="0B4FC4"/>
                <w:sz w:val="18"/>
              </w:rPr>
              <w:t xml:space="preserve"> </w:t>
            </w:r>
          </w:p>
        </w:tc>
        <w:tc>
          <w:tcPr>
            <w:tcW w:type="dxa" w:w="2409"/>
          </w:tcPr>
          <w:p>
            <w:pPr>
              <w:jc w:val="center"/>
            </w:pPr>
            <w:r/>
            <w:r>
              <w:rPr>
                <w:b w:val="0"/>
                <w:i w:val="0"/>
                <w:color w:val="0B4FC4"/>
                <w:sz w:val="18"/>
              </w:rPr>
              <w:t xml:space="preserve"> </w:t>
            </w:r>
          </w:p>
        </w:tc>
        <w:tc>
          <w:tcPr>
            <w:tcW w:type="dxa" w:w="2409"/>
          </w:tcPr>
          <w:p>
            <w:pPr>
              <w:jc w:val="center"/>
            </w:pPr>
            <w:r/>
            <w:r>
              <w:rPr>
                <w:b w:val="0"/>
                <w:i w:val="0"/>
                <w:color w:val="0B4FC4"/>
                <w:sz w:val="18"/>
              </w:rPr>
              <w:t xml:space="preserve"> </w:t>
            </w:r>
          </w:p>
        </w:tc>
        <w:tc>
          <w:tcPr>
            <w:tcW w:type="dxa" w:w="2409"/>
          </w:tcPr>
          <w:p>
            <w:pPr>
              <w:jc w:val="center"/>
            </w:pPr>
            <w:r/>
            <w:r>
              <w:rPr>
                <w:b w:val="0"/>
                <w:i w:val="0"/>
                <w:color w:val="0B4FC4"/>
                <w:sz w:val="18"/>
              </w:rPr>
              <w:t xml:space="preserve"> </w:t>
            </w:r>
          </w:p>
        </w:tc>
      </w:tr>
      <w:tr>
        <w:tc>
          <w:tcPr>
            <w:tcW w:type="dxa" w:w="2409"/>
          </w:tcPr>
          <w:p>
            <w:pPr>
              <w:jc w:val="center"/>
            </w:pPr>
            <w:r/>
            <w:r>
              <w:rPr>
                <w:b w:val="0"/>
                <w:i w:val="0"/>
                <w:color w:val="0B4FC4"/>
                <w:sz w:val="18"/>
              </w:rPr>
              <w:t xml:space="preserve"> </w:t>
            </w:r>
          </w:p>
        </w:tc>
        <w:tc>
          <w:tcPr>
            <w:tcW w:type="dxa" w:w="2409"/>
          </w:tcPr>
          <w:p>
            <w:pPr>
              <w:jc w:val="center"/>
            </w:pPr>
            <w:r/>
            <w:r>
              <w:rPr>
                <w:b w:val="0"/>
                <w:i w:val="0"/>
                <w:color w:val="0B4FC4"/>
                <w:sz w:val="18"/>
              </w:rPr>
              <w:t xml:space="preserve"> </w:t>
            </w:r>
          </w:p>
        </w:tc>
        <w:tc>
          <w:tcPr>
            <w:tcW w:type="dxa" w:w="2409"/>
          </w:tcPr>
          <w:p>
            <w:pPr>
              <w:jc w:val="center"/>
            </w:pPr>
            <w:r/>
            <w:r>
              <w:rPr>
                <w:b w:val="0"/>
                <w:i w:val="0"/>
                <w:color w:val="0B4FC4"/>
                <w:sz w:val="18"/>
              </w:rPr>
              <w:t xml:space="preserve"> </w:t>
            </w:r>
          </w:p>
        </w:tc>
        <w:tc>
          <w:tcPr>
            <w:tcW w:type="dxa" w:w="2409"/>
          </w:tcPr>
          <w:p>
            <w:pPr>
              <w:jc w:val="center"/>
            </w:pPr>
            <w:r/>
            <w:r>
              <w:rPr>
                <w:b w:val="0"/>
                <w:i w:val="0"/>
                <w:color w:val="0B4FC4"/>
                <w:sz w:val="18"/>
              </w:rPr>
              <w:t xml:space="preserve"> </w:t>
            </w:r>
          </w:p>
        </w:tc>
      </w:tr>
    </w:tbl>
    <w:p/>
    <w:p>
      <w:r>
        <w:rPr>
          <w:b w:val="0"/>
          <w:i w:val="0"/>
        </w:rPr>
        <w:t>19. Đề nghị cấp thị thực: ☐ một lần ☐ nhiều lần; từ ngày ... đến ngày ...:</w:t>
      </w:r>
      <w:r>
        <w:rPr>
          <w:b w:val="0"/>
          <w:i w:val="0"/>
        </w:rPr>
        <w:t xml:space="preserve"> ............................................................</w:t>
      </w:r>
    </w:p>
    <w:p>
      <w:pPr>
        <w:spacing w:after="20"/>
        <w:ind w:left="340"/>
      </w:pPr>
      <w:r>
        <w:rPr>
          <w:b w:val="0"/>
          <w:i/>
          <w:color w:val="444444"/>
          <w:sz w:val="18"/>
        </w:rPr>
        <w:t>Applying for a visa: Single / Multiple; valid from ... to ...</w:t>
      </w:r>
    </w:p>
    <w:p>
      <w:r>
        <w:rPr>
          <w:b w:val="0"/>
          <w:i w:val="0"/>
        </w:rPr>
        <w:t>20. Đề nghị khác liên quan việc cấp thị thực (nếu có):</w:t>
      </w:r>
      <w:r>
        <w:rPr>
          <w:b w:val="0"/>
          <w:i w:val="0"/>
        </w:rPr>
        <w:t xml:space="preserve"> ............................................................</w:t>
      </w:r>
    </w:p>
    <w:p>
      <w:pPr>
        <w:spacing w:after="20"/>
        <w:ind w:left="340"/>
      </w:pPr>
      <w:r>
        <w:rPr>
          <w:b w:val="0"/>
          <w:i/>
          <w:color w:val="444444"/>
          <w:sz w:val="18"/>
        </w:rPr>
        <w:t>Other requests (if any)</w:t>
      </w:r>
    </w:p>
    <w:p>
      <w:r>
        <w:rPr>
          <w:b w:val="0"/>
          <w:i w:val="0"/>
        </w:rPr>
        <w:t>Tôi xin cam đoan những nội dung trên là đúng sự thật.</w:t>
      </w:r>
      <w:r>
        <w:br/>
      </w:r>
      <w:r>
        <w:rPr>
          <w:b w:val="0"/>
          <w:i w:val="0"/>
        </w:rPr>
        <w:t>I declare to the best of my knowledge that all the above particulars are correct.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Làm tại: ......... ngày ... tháng ... năm ...</w:t>
            </w:r>
            <w:r>
              <w:br/>
            </w:r>
            <w:r>
              <w:rPr>
                <w:b w:val="0"/>
                <w:i w:val="0"/>
                <w:sz w:val="22"/>
              </w:rPr>
              <w:t>Done at ... date (Day, Month, Year)</w:t>
            </w:r>
          </w:p>
        </w:tc>
        <w:tc>
          <w:tcPr>
            <w:tcW w:type="dxa" w:w="4819"/>
          </w:tcPr>
          <w:p>
            <w:pPr>
              <w:jc w:val="center"/>
            </w:pPr>
            <w:r/>
            <w:r>
              <w:rPr>
                <w:b/>
                <w:i w:val="0"/>
                <w:sz w:val="22"/>
              </w:rPr>
              <w:t>Người đề nghị / The applicant</w:t>
            </w:r>
            <w:r>
              <w:br/>
            </w:r>
            <w:r>
              <w:rPr>
                <w:b w:val="0"/>
                <w:i w:val="0"/>
                <w:sz w:val="22"/>
              </w:rPr>
              <w:t>(ký, ghi rõ họ tên / Signature, full name)</w:t>
            </w:r>
          </w:p>
        </w:tc>
      </w:tr>
    </w:tbl>
    <w:p>
      <w:r>
        <w:rPr>
          <w:b w:val="0"/>
          <w:i w:val="0"/>
        </w:rPr>
      </w:r>
      <w:r>
        <w:br/>
      </w:r>
      <w:r>
        <w:rPr>
          <w:b w:val="0"/>
          <w:i w:val="0"/>
        </w:rPr>
      </w:r>
      <w:r>
        <w:br/>
      </w:r>
      <w:r>
        <w:rPr>
          <w:b w:val="0"/>
          <w:i w:val="0"/>
        </w:rPr>
      </w:r>
    </w:p>
    <w:p>
      <w:r>
        <w:rPr>
          <w:b/>
          <w:i/>
          <w:sz w:val="20"/>
        </w:rPr>
        <w:t>Ghi chú/Notes:</w:t>
      </w:r>
    </w:p>
    <w:p>
      <w:r>
        <w:rPr>
          <w:b w:val="0"/>
          <w:i/>
          <w:sz w:val="18"/>
        </w:rPr>
        <w:t>(1) Mỗi người khai 01 bản kèm hộ chiếu hoặc giấy tờ có giá trị đi lại quốc tế, nộp trực tiếp hoặc qua dịch vụ bưu chính tới cơ quan đại diện Việt Nam ở nước ngoài hoặc nộp trực tiếp tại đơn vị kiểm soát xuất nhập cảnh tại cửa khẩu quốc tế nơi nhận thị thực. / Submit one completed form with the passport at the Vietnamese Diplomatic Mission abroad, or in person at the international border checkpoint where the visa is issued.</w:t>
      </w:r>
    </w:p>
    <w:p>
      <w:r>
        <w:rPr>
          <w:b w:val="0"/>
          <w:i/>
          <w:sz w:val="18"/>
        </w:rPr>
        <w:t>(2) Kèm 02 ảnh mới chụp, cỡ 4cm x 6cm, phông nền trắng, mặt nhìn thẳng, không đội mũ, không đeo kính, trang phục lịch sự (01 ảnh dán vào tờ khai, 01 ảnh để rời). / Enclose 2 recent photos 4x6 cm, white background, face looking straight, no hat, no glasses (one on the form, one separate).</w:t>
      </w:r>
    </w:p>
    <w:p>
      <w:r>
        <w:rPr>
          <w:b w:val="0"/>
          <w:i/>
          <w:sz w:val="18"/>
        </w:rPr>
        <w:t>(3)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phải dùng giấy tờ xuất nhập cảnh do Việt Nam cấp. / Vietnam only recognises Vietnamese nationality for dual nationals; Vietnamese citizens must use Vietnamese entry/exit documents.</w:t>
      </w:r>
    </w:p>
    <w:p>
      <w:r>
        <w:rPr>
          <w:b w:val="0"/>
          <w:i/>
          <w:sz w:val="18"/>
        </w:rPr>
        <w:t>(4) Ghi rõ bố, mẹ, vợ, chồng, con, anh, chị, em ruột (nếu có). / State parents, spouse, children and siblings (if any).</w:t>
      </w:r>
    </w:p>
    <w:p>
      <w:r>
        <w:rPr>
          <w:b w:val="0"/>
          <w:i/>
          <w:sz w:val="18"/>
        </w:rPr>
        <w:t>(5) Ghi rõ loại hộ chiếu phổ thông, công vụ, ngoại giao hoặc giấy tờ có giá trị đi lại quốc tế. / Specify Ordinary, Official, Diplomatic passport or name of the travel document.</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